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FFC5" w14:textId="77777777" w:rsidR="000D1D9A" w:rsidRDefault="000D1D9A" w:rsidP="00875A3B">
      <w:pPr>
        <w:spacing w:after="140"/>
        <w:jc w:val="center"/>
        <w:rPr>
          <w:b/>
          <w:bCs/>
          <w:sz w:val="36"/>
          <w:szCs w:val="40"/>
          <w:u w:val="single"/>
        </w:rPr>
      </w:pPr>
    </w:p>
    <w:p w14:paraId="2CF7CEE1" w14:textId="603A1EBC" w:rsidR="006B5BB9" w:rsidRPr="00E00392" w:rsidRDefault="00000000" w:rsidP="00875A3B">
      <w:pPr>
        <w:spacing w:after="140"/>
        <w:jc w:val="center"/>
        <w:rPr>
          <w:b/>
          <w:bCs/>
          <w:sz w:val="40"/>
          <w:szCs w:val="40"/>
          <w:u w:val="single"/>
        </w:rPr>
      </w:pPr>
      <w:r w:rsidRPr="00E00392">
        <w:rPr>
          <w:b/>
          <w:bCs/>
          <w:sz w:val="36"/>
          <w:szCs w:val="40"/>
          <w:u w:val="single"/>
        </w:rPr>
        <w:t>LETTER OF ASSURANCE</w:t>
      </w:r>
    </w:p>
    <w:p w14:paraId="39C857FE" w14:textId="77777777" w:rsidR="006B5BB9" w:rsidRDefault="00000000" w:rsidP="00875A3B">
      <w:pPr>
        <w:spacing w:after="280"/>
        <w:jc w:val="center"/>
      </w:pPr>
      <w:r>
        <w:t>(Use of DECODE Epitope Mapping Service)</w:t>
      </w:r>
    </w:p>
    <w:p w14:paraId="55E48556" w14:textId="77777777" w:rsidR="006B5BB9" w:rsidRDefault="006B5BB9">
      <w:pPr>
        <w:spacing w:after="0" w:line="192" w:lineRule="auto"/>
      </w:pPr>
    </w:p>
    <w:p w14:paraId="28FDB751" w14:textId="6A95EA80" w:rsidR="006B5BB9" w:rsidRDefault="00000000" w:rsidP="000D1D9A">
      <w:pPr>
        <w:rPr>
          <w:rFonts w:hint="eastAsia"/>
          <w:lang w:eastAsia="ja-JP"/>
        </w:rPr>
      </w:pPr>
      <w:r>
        <w:t>Use of the DECODE epitope mapping service (“the Service”) provided by Funakoshi Co., Ltd. (“Funakoshi”) requires submission of this Letter of Assurance.</w:t>
      </w:r>
    </w:p>
    <w:p w14:paraId="0AD9CA7F" w14:textId="77777777" w:rsidR="000D1D9A" w:rsidRDefault="000D1D9A">
      <w:pPr>
        <w:spacing w:after="0" w:line="192" w:lineRule="auto"/>
        <w:rPr>
          <w:rFonts w:hint="eastAsia"/>
          <w:lang w:eastAsia="ja-JP"/>
        </w:rPr>
      </w:pPr>
    </w:p>
    <w:p w14:paraId="286E6DC7" w14:textId="77777777" w:rsidR="006B5BB9" w:rsidRPr="00E00392" w:rsidRDefault="00000000">
      <w:pPr>
        <w:spacing w:before="140" w:after="80"/>
        <w:rPr>
          <w:b/>
          <w:bCs/>
        </w:rPr>
      </w:pPr>
      <w:r w:rsidRPr="00E00392">
        <w:rPr>
          <w:b/>
          <w:bCs/>
        </w:rPr>
        <w:t>Definition of User</w:t>
      </w:r>
    </w:p>
    <w:p w14:paraId="2F762C7B" w14:textId="77777777" w:rsidR="006B5BB9" w:rsidRDefault="00000000">
      <w:r>
        <w:t>For the purposes of this Letter of Assurance, “User” means the individual, principal investigator, and the organization (including its employees, agents, and contractors) that request and/or use the Service.</w:t>
      </w:r>
    </w:p>
    <w:p w14:paraId="63954592" w14:textId="77777777" w:rsidR="006B5BB9" w:rsidRDefault="006B5BB9">
      <w:pPr>
        <w:spacing w:after="0" w:line="192" w:lineRule="auto"/>
        <w:rPr>
          <w:lang w:eastAsia="ja-JP"/>
        </w:rPr>
      </w:pPr>
    </w:p>
    <w:p w14:paraId="7F72128D" w14:textId="169EE5AF" w:rsidR="006B5BB9" w:rsidRDefault="00000000">
      <w:pPr>
        <w:rPr>
          <w:lang w:eastAsia="ja-JP"/>
        </w:rPr>
      </w:pPr>
      <w:r>
        <w:t>By signing below, the User acknowledges and agrees to the following conditions:</w:t>
      </w:r>
    </w:p>
    <w:p w14:paraId="563EA521" w14:textId="77777777" w:rsidR="006B5BB9" w:rsidRPr="00E00392" w:rsidRDefault="00000000">
      <w:pPr>
        <w:spacing w:before="160" w:after="80"/>
        <w:rPr>
          <w:b/>
          <w:bCs/>
        </w:rPr>
      </w:pPr>
      <w:r w:rsidRPr="00E00392">
        <w:rPr>
          <w:b/>
          <w:bCs/>
        </w:rPr>
        <w:t>1. Research Use Only (RUO)</w:t>
      </w:r>
    </w:p>
    <w:p w14:paraId="3C51D135" w14:textId="77777777" w:rsidR="006B5BB9" w:rsidRDefault="00000000">
      <w:r>
        <w:t>The Service is provided for research use only (RUO).</w:t>
      </w:r>
    </w:p>
    <w:p w14:paraId="29D3BF83" w14:textId="77777777" w:rsidR="006B5BB9" w:rsidRDefault="00000000">
      <w:r>
        <w:t>The Service and any results obtained therefrom shall not be used, directly or indirectly, for:</w:t>
      </w:r>
    </w:p>
    <w:p w14:paraId="3B66D597" w14:textId="77777777" w:rsidR="006B5BB9" w:rsidRDefault="00000000" w:rsidP="00A22298">
      <w:pPr>
        <w:spacing w:after="20"/>
        <w:ind w:firstLineChars="100" w:firstLine="220"/>
      </w:pPr>
      <w:r>
        <w:t>- diagnostic purposes</w:t>
      </w:r>
    </w:p>
    <w:p w14:paraId="731CC2E4" w14:textId="77777777" w:rsidR="006B5BB9" w:rsidRDefault="00000000" w:rsidP="00A22298">
      <w:pPr>
        <w:spacing w:after="20"/>
        <w:ind w:firstLineChars="100" w:firstLine="220"/>
      </w:pPr>
      <w:r>
        <w:t>- therapeutic purposes</w:t>
      </w:r>
    </w:p>
    <w:p w14:paraId="316D9825" w14:textId="77777777" w:rsidR="006B5BB9" w:rsidRDefault="00000000" w:rsidP="00A22298">
      <w:pPr>
        <w:spacing w:after="20"/>
        <w:ind w:firstLineChars="100" w:firstLine="220"/>
      </w:pPr>
      <w:r>
        <w:t>- clinical use</w:t>
      </w:r>
    </w:p>
    <w:p w14:paraId="54728BE5" w14:textId="77777777" w:rsidR="006B5BB9" w:rsidRDefault="00000000" w:rsidP="00A22298">
      <w:pPr>
        <w:spacing w:after="20"/>
        <w:ind w:firstLineChars="100" w:firstLine="220"/>
      </w:pPr>
      <w:r>
        <w:t>- clinical decision-making</w:t>
      </w:r>
    </w:p>
    <w:p w14:paraId="496DC2D5" w14:textId="77777777" w:rsidR="006B5BB9" w:rsidRDefault="00000000" w:rsidP="00A22298">
      <w:pPr>
        <w:spacing w:after="20"/>
        <w:ind w:firstLineChars="100" w:firstLine="220"/>
      </w:pPr>
      <w:r>
        <w:t>- regulatory submissions</w:t>
      </w:r>
    </w:p>
    <w:p w14:paraId="0C79DEF8" w14:textId="40F5D822" w:rsidR="006B5BB9" w:rsidRDefault="00000000" w:rsidP="000D1D9A">
      <w:pPr>
        <w:spacing w:after="20"/>
        <w:ind w:firstLineChars="100" w:firstLine="220"/>
        <w:rPr>
          <w:rFonts w:hint="eastAsia"/>
          <w:lang w:eastAsia="ja-JP"/>
        </w:rPr>
      </w:pPr>
      <w:r>
        <w:t>- any use in humans or animals for medical purposes</w:t>
      </w:r>
    </w:p>
    <w:p w14:paraId="3A6B80DF" w14:textId="77777777" w:rsidR="006B5BB9" w:rsidRPr="00E00392" w:rsidRDefault="00000000">
      <w:pPr>
        <w:spacing w:before="160" w:after="80"/>
        <w:rPr>
          <w:b/>
          <w:bCs/>
        </w:rPr>
      </w:pPr>
      <w:r w:rsidRPr="00E00392">
        <w:rPr>
          <w:b/>
          <w:bCs/>
        </w:rPr>
        <w:t>2. Prohibition of Reverse Engineering and Protection of Intellectual Property</w:t>
      </w:r>
    </w:p>
    <w:p w14:paraId="493BCE5E" w14:textId="77777777" w:rsidR="006B5BB9" w:rsidRDefault="00000000">
      <w:r>
        <w:t>The User shall not:</w:t>
      </w:r>
    </w:p>
    <w:p w14:paraId="1668C072" w14:textId="77777777" w:rsidR="006B5BB9" w:rsidRDefault="00000000" w:rsidP="00A22298">
      <w:pPr>
        <w:ind w:firstLineChars="100" w:firstLine="220"/>
      </w:pPr>
      <w:r>
        <w:t>(a) reverse engineer, reproduce, or replicate the Service or its underlying technology; or</w:t>
      </w:r>
    </w:p>
    <w:p w14:paraId="10AC2D9D" w14:textId="68DE26BD" w:rsidR="006B5BB9" w:rsidRDefault="00000000" w:rsidP="00A22298">
      <w:pPr>
        <w:ind w:leftChars="100" w:left="220"/>
        <w:rPr>
          <w:lang w:eastAsia="ja-JP"/>
        </w:rPr>
      </w:pPr>
      <w:r>
        <w:t>(b) use the Service or results to reverse engineer commercially available antibodies or any third-party products, materials, or intellectual property for the purpose of reproducing or competing with such products.</w:t>
      </w:r>
    </w:p>
    <w:p w14:paraId="385E928A" w14:textId="77777777" w:rsidR="006B5BB9" w:rsidRDefault="00000000" w:rsidP="00A22298">
      <w:r>
        <w:t>For the avoidance of doubt, the User may use the results generated from the Service for its internal research and development activities, including the development of its own products, provided that such use does not:</w:t>
      </w:r>
    </w:p>
    <w:p w14:paraId="1F287BF2" w14:textId="77777777" w:rsidR="006B5BB9" w:rsidRDefault="00000000" w:rsidP="00A22298">
      <w:pPr>
        <w:ind w:firstLineChars="100" w:firstLine="220"/>
      </w:pPr>
      <w:r>
        <w:t>(i) involve reverse engineering of third-party products or intellectual property; or</w:t>
      </w:r>
    </w:p>
    <w:p w14:paraId="615D6285" w14:textId="2D811B65" w:rsidR="006B5BB9" w:rsidRDefault="00000000" w:rsidP="00A22298">
      <w:pPr>
        <w:ind w:firstLineChars="100" w:firstLine="220"/>
        <w:rPr>
          <w:lang w:eastAsia="ja-JP"/>
        </w:rPr>
      </w:pPr>
      <w:r>
        <w:t>(ii) infringe any intellectual property rights of Funakoshi or any third party.</w:t>
      </w:r>
    </w:p>
    <w:p w14:paraId="456DDB2D" w14:textId="227E3892" w:rsidR="000D1D9A" w:rsidRDefault="00000000" w:rsidP="000D1D9A">
      <w:pPr>
        <w:ind w:leftChars="100" w:left="220"/>
        <w:rPr>
          <w:rFonts w:hint="eastAsia"/>
          <w:lang w:eastAsia="ja-JP"/>
        </w:rPr>
      </w:pPr>
      <w:r>
        <w:t xml:space="preserve">Nothing in this Letter shall be construed as granting the User any license or rights to </w:t>
      </w:r>
      <w:proofErr w:type="spellStart"/>
      <w:r w:rsidR="004632FE">
        <w:rPr>
          <w:rFonts w:hint="eastAsia"/>
          <w:lang w:eastAsia="ja-JP"/>
        </w:rPr>
        <w:t>CUBICStars</w:t>
      </w:r>
      <w:proofErr w:type="spellEnd"/>
      <w:r>
        <w:t>’ proprietary technologies.</w:t>
      </w:r>
    </w:p>
    <w:p w14:paraId="3A3187EC" w14:textId="77777777" w:rsidR="006B5BB9" w:rsidRPr="00E00392" w:rsidRDefault="00000000">
      <w:pPr>
        <w:spacing w:before="160" w:after="80"/>
        <w:rPr>
          <w:b/>
          <w:bCs/>
        </w:rPr>
      </w:pPr>
      <w:r w:rsidRPr="00E00392">
        <w:rPr>
          <w:b/>
          <w:bCs/>
        </w:rPr>
        <w:t>3. Compliance with Laws and Regulations</w:t>
      </w:r>
    </w:p>
    <w:p w14:paraId="19383C5B" w14:textId="77777777" w:rsidR="006B5BB9" w:rsidRDefault="00000000">
      <w:r>
        <w:t>The User represents and warrants that:</w:t>
      </w:r>
    </w:p>
    <w:p w14:paraId="1D703DD0" w14:textId="77777777" w:rsidR="006B5BB9" w:rsidRDefault="00000000" w:rsidP="000D1D9A">
      <w:pPr>
        <w:spacing w:after="20"/>
        <w:ind w:firstLineChars="50" w:firstLine="110"/>
      </w:pPr>
      <w:r>
        <w:t>- all materials provided to Funakoshi; and</w:t>
      </w:r>
    </w:p>
    <w:p w14:paraId="79B45FA3" w14:textId="0FA643D7" w:rsidR="006B5BB9" w:rsidRDefault="00000000" w:rsidP="000D1D9A">
      <w:pPr>
        <w:spacing w:after="20"/>
        <w:ind w:firstLineChars="50" w:firstLine="110"/>
      </w:pPr>
      <w:r>
        <w:t>- the intended use of the Service</w:t>
      </w:r>
      <w:r w:rsidR="000D1D9A">
        <w:rPr>
          <w:rFonts w:hint="eastAsia"/>
          <w:lang w:eastAsia="ja-JP"/>
        </w:rPr>
        <w:t xml:space="preserve"> </w:t>
      </w:r>
      <w:proofErr w:type="gramStart"/>
      <w:r>
        <w:t>comply</w:t>
      </w:r>
      <w:proofErr w:type="gramEnd"/>
      <w:r>
        <w:t xml:space="preserve"> with all applicable laws and regulations, including but not limited to:</w:t>
      </w:r>
    </w:p>
    <w:p w14:paraId="17C5FA29" w14:textId="77777777" w:rsidR="006B5BB9" w:rsidRDefault="00000000" w:rsidP="000D1D9A">
      <w:pPr>
        <w:spacing w:after="20"/>
        <w:ind w:firstLineChars="50" w:firstLine="110"/>
      </w:pPr>
      <w:r>
        <w:t>- export control laws</w:t>
      </w:r>
    </w:p>
    <w:p w14:paraId="211AB9CF" w14:textId="77777777" w:rsidR="006B5BB9" w:rsidRDefault="00000000" w:rsidP="000D1D9A">
      <w:pPr>
        <w:spacing w:after="20"/>
        <w:ind w:firstLineChars="50" w:firstLine="110"/>
      </w:pPr>
      <w:r>
        <w:t>- biosecurity and biosafety regulations</w:t>
      </w:r>
    </w:p>
    <w:p w14:paraId="1956F58C" w14:textId="77777777" w:rsidR="006B5BB9" w:rsidRDefault="00000000" w:rsidP="000D1D9A">
      <w:pPr>
        <w:spacing w:after="20"/>
        <w:ind w:firstLineChars="50" w:firstLine="110"/>
      </w:pPr>
      <w:r>
        <w:t>- applicable ethical guidelines</w:t>
      </w:r>
    </w:p>
    <w:p w14:paraId="58825139" w14:textId="4D04B966" w:rsidR="006B5BB9" w:rsidRDefault="00000000" w:rsidP="000D1D9A">
      <w:pPr>
        <w:spacing w:after="20"/>
        <w:ind w:firstLineChars="50" w:firstLine="110"/>
        <w:rPr>
          <w:lang w:eastAsia="ja-JP"/>
        </w:rPr>
      </w:pPr>
      <w:r>
        <w:t>- intellectual property laws</w:t>
      </w:r>
    </w:p>
    <w:p w14:paraId="2A6FB832" w14:textId="14522AB6" w:rsidR="000D1D9A" w:rsidRDefault="00000000" w:rsidP="000D1D9A">
      <w:pPr>
        <w:rPr>
          <w:rFonts w:hint="eastAsia"/>
          <w:lang w:eastAsia="ja-JP"/>
        </w:rPr>
      </w:pPr>
      <w:r>
        <w:t>The User confirms that the requested Service does not involve any illegal, prohibited, or restricted activities.</w:t>
      </w:r>
    </w:p>
    <w:p w14:paraId="31BC9D58" w14:textId="77777777" w:rsidR="000D1D9A" w:rsidRDefault="000D1D9A">
      <w:pPr>
        <w:spacing w:before="160" w:after="80"/>
        <w:rPr>
          <w:b/>
          <w:bCs/>
        </w:rPr>
      </w:pPr>
    </w:p>
    <w:p w14:paraId="3AAB3B10" w14:textId="2BECFDAE" w:rsidR="000D1D9A" w:rsidRPr="000D1D9A" w:rsidRDefault="00000000" w:rsidP="000D1D9A">
      <w:pPr>
        <w:spacing w:before="160" w:after="80"/>
        <w:rPr>
          <w:rFonts w:hint="eastAsia"/>
          <w:b/>
          <w:bCs/>
          <w:lang w:eastAsia="ja-JP"/>
        </w:rPr>
      </w:pPr>
      <w:r w:rsidRPr="00E00392">
        <w:rPr>
          <w:b/>
          <w:bCs/>
        </w:rPr>
        <w:t>4. Restriction on Commercial Use</w:t>
      </w:r>
    </w:p>
    <w:p w14:paraId="18D09E5C" w14:textId="7474AA03" w:rsidR="006B5BB9" w:rsidRDefault="00000000">
      <w:r>
        <w:t>The User shall not sell, license, transfer, or otherwise commercially exploit the data or results obtained from the Service in their original form without the prior written consent of Funakoshi.</w:t>
      </w:r>
    </w:p>
    <w:p w14:paraId="1657FC87" w14:textId="77777777" w:rsidR="006B5BB9" w:rsidRDefault="006B5BB9">
      <w:pPr>
        <w:spacing w:after="0" w:line="192" w:lineRule="auto"/>
      </w:pPr>
    </w:p>
    <w:p w14:paraId="487F76FF" w14:textId="77777777" w:rsidR="006B5BB9" w:rsidRDefault="00000000">
      <w:r>
        <w:t>For clarity, the User may use the results internally for research and development purposes, including the development, manufacture, and commercialization of its own products, provided that the results themselves are not transferred, sold, or disclosed as standalone data or services.</w:t>
      </w:r>
    </w:p>
    <w:p w14:paraId="479FAD2A" w14:textId="77777777" w:rsidR="000D1D9A" w:rsidRDefault="000D1D9A">
      <w:pPr>
        <w:spacing w:after="0" w:line="192" w:lineRule="auto"/>
        <w:rPr>
          <w:rFonts w:hint="eastAsia"/>
          <w:lang w:eastAsia="ja-JP"/>
        </w:rPr>
      </w:pPr>
    </w:p>
    <w:p w14:paraId="22AD7F71" w14:textId="77777777" w:rsidR="006B5BB9" w:rsidRPr="00E00392" w:rsidRDefault="00000000">
      <w:pPr>
        <w:spacing w:before="160" w:after="80"/>
        <w:rPr>
          <w:b/>
          <w:bCs/>
        </w:rPr>
      </w:pPr>
      <w:r w:rsidRPr="00E00392">
        <w:rPr>
          <w:b/>
          <w:bCs/>
        </w:rPr>
        <w:t>5. User Responsibility and Indemnification</w:t>
      </w:r>
    </w:p>
    <w:p w14:paraId="74FECEAA" w14:textId="77777777" w:rsidR="006B5BB9" w:rsidRDefault="00000000">
      <w:r>
        <w:t>The User assumes full responsibility for:</w:t>
      </w:r>
    </w:p>
    <w:p w14:paraId="6E4B4DEF" w14:textId="77777777" w:rsidR="006B5BB9" w:rsidRDefault="00000000" w:rsidP="00A22298">
      <w:pPr>
        <w:spacing w:after="20"/>
        <w:ind w:firstLineChars="100" w:firstLine="220"/>
      </w:pPr>
      <w:r>
        <w:t xml:space="preserve">- the materials </w:t>
      </w:r>
      <w:proofErr w:type="gramStart"/>
      <w:r>
        <w:t>provided;</w:t>
      </w:r>
      <w:proofErr w:type="gramEnd"/>
    </w:p>
    <w:p w14:paraId="59F9C588" w14:textId="77777777" w:rsidR="006B5BB9" w:rsidRDefault="00000000" w:rsidP="00A22298">
      <w:pPr>
        <w:spacing w:after="20"/>
        <w:ind w:firstLineChars="100" w:firstLine="220"/>
      </w:pPr>
      <w:r>
        <w:t>- the use of the Service; and</w:t>
      </w:r>
    </w:p>
    <w:p w14:paraId="6AD665CC" w14:textId="48154B8B" w:rsidR="006B5BB9" w:rsidRDefault="00000000" w:rsidP="00403216">
      <w:pPr>
        <w:spacing w:after="20"/>
        <w:ind w:firstLineChars="100" w:firstLine="220"/>
        <w:rPr>
          <w:rFonts w:hint="eastAsia"/>
          <w:lang w:eastAsia="ja-JP"/>
        </w:rPr>
      </w:pPr>
      <w:r>
        <w:t>- any results generated therefrom.</w:t>
      </w:r>
    </w:p>
    <w:p w14:paraId="3E0C4376" w14:textId="77777777" w:rsidR="006B5BB9" w:rsidRDefault="00000000">
      <w:r>
        <w:t>The User shall ensure that such use does not:</w:t>
      </w:r>
    </w:p>
    <w:p w14:paraId="7784E58C" w14:textId="77777777" w:rsidR="006B5BB9" w:rsidRDefault="00000000" w:rsidP="00A22298">
      <w:pPr>
        <w:spacing w:after="20"/>
        <w:ind w:firstLineChars="100" w:firstLine="220"/>
      </w:pPr>
      <w:r>
        <w:t>- violate any applicable laws or regulations; or</w:t>
      </w:r>
    </w:p>
    <w:p w14:paraId="50D01675" w14:textId="08628F04" w:rsidR="006B5BB9" w:rsidRDefault="00000000" w:rsidP="00403216">
      <w:pPr>
        <w:spacing w:after="20"/>
        <w:ind w:firstLineChars="100" w:firstLine="220"/>
        <w:rPr>
          <w:rFonts w:hint="eastAsia"/>
          <w:lang w:eastAsia="ja-JP"/>
        </w:rPr>
      </w:pPr>
      <w:r>
        <w:t>- infringe the rights of any third party.</w:t>
      </w:r>
    </w:p>
    <w:p w14:paraId="59FA71F3" w14:textId="77777777" w:rsidR="006B5BB9" w:rsidRDefault="00000000">
      <w:r>
        <w:t>The User agrees to indemnify and hold harmless Funakoshi from any claims, damages, or liabilities arising from:</w:t>
      </w:r>
    </w:p>
    <w:p w14:paraId="77F2633F" w14:textId="77777777" w:rsidR="006B5BB9" w:rsidRDefault="00000000" w:rsidP="00A22298">
      <w:pPr>
        <w:spacing w:after="20"/>
        <w:ind w:firstLineChars="100" w:firstLine="220"/>
      </w:pPr>
      <w:r>
        <w:t xml:space="preserve">- the User’s breach of this </w:t>
      </w:r>
      <w:proofErr w:type="gramStart"/>
      <w:r>
        <w:t>Letter;</w:t>
      </w:r>
      <w:proofErr w:type="gramEnd"/>
    </w:p>
    <w:p w14:paraId="28D65E46" w14:textId="77777777" w:rsidR="006B5BB9" w:rsidRDefault="00000000" w:rsidP="00A22298">
      <w:pPr>
        <w:spacing w:after="20"/>
        <w:ind w:firstLineChars="100" w:firstLine="220"/>
      </w:pPr>
      <w:r>
        <w:t>- unlawful use of the Service; or</w:t>
      </w:r>
    </w:p>
    <w:p w14:paraId="42EB7CF8" w14:textId="77777777" w:rsidR="006B5BB9" w:rsidRDefault="00000000" w:rsidP="00A22298">
      <w:pPr>
        <w:spacing w:after="20"/>
        <w:ind w:firstLineChars="100" w:firstLine="220"/>
      </w:pPr>
      <w:r>
        <w:t>- infringement of third-party rights.</w:t>
      </w:r>
    </w:p>
    <w:p w14:paraId="5F261241" w14:textId="77777777" w:rsidR="006B5BB9" w:rsidRDefault="006B5BB9">
      <w:pPr>
        <w:spacing w:after="0" w:line="192" w:lineRule="auto"/>
      </w:pPr>
    </w:p>
    <w:p w14:paraId="5297317C" w14:textId="77777777" w:rsidR="006B5BB9" w:rsidRPr="00E00392" w:rsidRDefault="00000000">
      <w:pPr>
        <w:spacing w:before="160" w:after="80"/>
        <w:rPr>
          <w:b/>
          <w:bCs/>
        </w:rPr>
      </w:pPr>
      <w:r w:rsidRPr="00E00392">
        <w:rPr>
          <w:b/>
          <w:bCs/>
        </w:rPr>
        <w:t>6. Limitation of Liability</w:t>
      </w:r>
    </w:p>
    <w:p w14:paraId="0D525524" w14:textId="77777777" w:rsidR="006B5BB9" w:rsidRDefault="00000000">
      <w:r>
        <w:t>Funakoshi shall not be liable for any damages arising from the use of the Service or results, except in cases of willful misconduct or gross negligence.</w:t>
      </w:r>
    </w:p>
    <w:p w14:paraId="3BEA91CB" w14:textId="77777777" w:rsidR="00403216" w:rsidRDefault="00403216">
      <w:pPr>
        <w:rPr>
          <w:rFonts w:hint="eastAsia"/>
          <w:lang w:eastAsia="ja-JP"/>
        </w:rPr>
      </w:pPr>
    </w:p>
    <w:p w14:paraId="6BF96917" w14:textId="73FFEB16" w:rsidR="00403216" w:rsidRPr="00403216" w:rsidRDefault="00403216">
      <w:pPr>
        <w:rPr>
          <w:b/>
          <w:bCs/>
          <w:lang w:eastAsia="ja-JP"/>
        </w:rPr>
      </w:pPr>
      <w:r w:rsidRPr="00403216">
        <w:rPr>
          <w:rFonts w:hint="eastAsia"/>
          <w:b/>
          <w:bCs/>
          <w:lang w:eastAsia="ja-JP"/>
        </w:rPr>
        <w:t>[</w:t>
      </w:r>
      <w:r w:rsidRPr="00403216">
        <w:rPr>
          <w:b/>
          <w:bCs/>
        </w:rPr>
        <w:t>Signature Section]</w:t>
      </w:r>
    </w:p>
    <w:p w14:paraId="10E1EF7A" w14:textId="77777777" w:rsidR="00403216" w:rsidRPr="00AE41B6" w:rsidRDefault="00403216" w:rsidP="00403216">
      <w:r w:rsidRPr="00AE41B6">
        <w:t>Please complete the form below with information regarding the person requesting and using the Service.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0"/>
        <w:gridCol w:w="4605"/>
      </w:tblGrid>
      <w:tr w:rsidR="00403216" w:rsidRPr="00AE41B6" w14:paraId="5D400BA5"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46ACDED5" w14:textId="77777777" w:rsidR="00403216" w:rsidRPr="00AE41B6" w:rsidRDefault="00403216" w:rsidP="00A663F5">
            <w:pPr>
              <w:spacing w:after="0" w:line="240" w:lineRule="auto"/>
            </w:pPr>
            <w:r w:rsidRPr="00AE41B6">
              <w:rPr>
                <w:sz w:val="19"/>
              </w:rPr>
              <w:t>Name of the Person Requesting the Service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70ED5E1A" w14:textId="77777777" w:rsidR="00403216" w:rsidRPr="00AE41B6" w:rsidRDefault="00403216" w:rsidP="00A663F5">
            <w:pPr>
              <w:spacing w:after="0" w:line="240" w:lineRule="auto"/>
            </w:pPr>
            <w:r w:rsidRPr="00AE41B6">
              <w:rPr>
                <w:sz w:val="19"/>
              </w:rPr>
              <w:t> </w:t>
            </w:r>
          </w:p>
        </w:tc>
      </w:tr>
      <w:tr w:rsidR="00403216" w:rsidRPr="00AE41B6" w14:paraId="019F8FE3"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7D0BB10C" w14:textId="77777777" w:rsidR="00403216" w:rsidRPr="00AE41B6" w:rsidRDefault="00403216" w:rsidP="00A663F5">
            <w:pPr>
              <w:spacing w:after="0" w:line="240" w:lineRule="auto"/>
            </w:pPr>
            <w:r w:rsidRPr="00AE41B6">
              <w:rPr>
                <w:sz w:val="19"/>
              </w:rPr>
              <w:t>Name of Principal Investigator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44942015" w14:textId="77777777" w:rsidR="00403216" w:rsidRPr="00AE41B6" w:rsidRDefault="00403216" w:rsidP="00A663F5">
            <w:pPr>
              <w:spacing w:after="0" w:line="240" w:lineRule="auto"/>
            </w:pPr>
            <w:r w:rsidRPr="00AE41B6">
              <w:rPr>
                <w:sz w:val="19"/>
              </w:rPr>
              <w:t> </w:t>
            </w:r>
          </w:p>
        </w:tc>
      </w:tr>
      <w:tr w:rsidR="00403216" w:rsidRPr="00AE41B6" w14:paraId="74C7FA3B"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615FAB2A" w14:textId="77777777" w:rsidR="00403216" w:rsidRPr="00AE41B6" w:rsidRDefault="00403216" w:rsidP="00A663F5">
            <w:pPr>
              <w:spacing w:after="0" w:line="240" w:lineRule="auto"/>
            </w:pPr>
            <w:r w:rsidRPr="00AE41B6">
              <w:rPr>
                <w:sz w:val="19"/>
              </w:rPr>
              <w:t>Company or Institution Name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2E3650D6" w14:textId="77777777" w:rsidR="00403216" w:rsidRPr="00AE41B6" w:rsidRDefault="00403216" w:rsidP="00A663F5">
            <w:pPr>
              <w:spacing w:after="0" w:line="240" w:lineRule="auto"/>
            </w:pPr>
            <w:r w:rsidRPr="00AE41B6">
              <w:rPr>
                <w:sz w:val="19"/>
              </w:rPr>
              <w:t> </w:t>
            </w:r>
          </w:p>
        </w:tc>
      </w:tr>
      <w:tr w:rsidR="00403216" w:rsidRPr="00AE41B6" w14:paraId="7712E9DC"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36D79721" w14:textId="77777777" w:rsidR="00403216" w:rsidRPr="00AE41B6" w:rsidRDefault="00403216" w:rsidP="00A663F5">
            <w:pPr>
              <w:spacing w:after="0" w:line="240" w:lineRule="auto"/>
            </w:pPr>
            <w:r w:rsidRPr="00AE41B6">
              <w:rPr>
                <w:sz w:val="19"/>
              </w:rPr>
              <w:t>Complete Address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07CDA3D5" w14:textId="77777777" w:rsidR="00403216" w:rsidRPr="00AE41B6" w:rsidRDefault="00403216" w:rsidP="00A663F5">
            <w:pPr>
              <w:spacing w:after="0" w:line="240" w:lineRule="auto"/>
            </w:pPr>
            <w:r w:rsidRPr="00AE41B6">
              <w:rPr>
                <w:sz w:val="19"/>
              </w:rPr>
              <w:t> </w:t>
            </w:r>
          </w:p>
        </w:tc>
      </w:tr>
      <w:tr w:rsidR="00403216" w:rsidRPr="00AE41B6" w14:paraId="58BA06E3"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2BA281B4" w14:textId="77777777" w:rsidR="00403216" w:rsidRPr="00AE41B6" w:rsidRDefault="00403216" w:rsidP="00A663F5">
            <w:pPr>
              <w:spacing w:after="0" w:line="240" w:lineRule="auto"/>
            </w:pPr>
            <w:r w:rsidRPr="00AE41B6">
              <w:rPr>
                <w:sz w:val="19"/>
              </w:rPr>
              <w:t>City, State, Zip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145695B5" w14:textId="77777777" w:rsidR="00403216" w:rsidRPr="00AE41B6" w:rsidRDefault="00403216" w:rsidP="00A663F5">
            <w:pPr>
              <w:spacing w:after="0" w:line="240" w:lineRule="auto"/>
            </w:pPr>
            <w:r w:rsidRPr="00AE41B6">
              <w:rPr>
                <w:sz w:val="19"/>
              </w:rPr>
              <w:t> </w:t>
            </w:r>
          </w:p>
        </w:tc>
      </w:tr>
      <w:tr w:rsidR="00403216" w:rsidRPr="00AE41B6" w14:paraId="1E781B65"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73A70CE7" w14:textId="77777777" w:rsidR="00403216" w:rsidRPr="00AE41B6" w:rsidRDefault="00403216" w:rsidP="00A663F5">
            <w:pPr>
              <w:spacing w:after="0" w:line="240" w:lineRule="auto"/>
            </w:pPr>
            <w:r w:rsidRPr="00AE41B6">
              <w:rPr>
                <w:sz w:val="19"/>
              </w:rPr>
              <w:t>Country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6AA6DCF9" w14:textId="77777777" w:rsidR="00403216" w:rsidRPr="00AE41B6" w:rsidRDefault="00403216" w:rsidP="00A663F5">
            <w:pPr>
              <w:spacing w:after="0" w:line="240" w:lineRule="auto"/>
            </w:pPr>
            <w:r w:rsidRPr="00AE41B6">
              <w:rPr>
                <w:sz w:val="19"/>
              </w:rPr>
              <w:t> </w:t>
            </w:r>
          </w:p>
        </w:tc>
      </w:tr>
      <w:tr w:rsidR="00403216" w:rsidRPr="00AE41B6" w14:paraId="10DA58E1"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00BFAA7E" w14:textId="77777777" w:rsidR="00403216" w:rsidRPr="00AE41B6" w:rsidRDefault="00403216" w:rsidP="00A663F5">
            <w:pPr>
              <w:spacing w:after="0" w:line="240" w:lineRule="auto"/>
            </w:pPr>
            <w:r w:rsidRPr="00AE41B6">
              <w:rPr>
                <w:sz w:val="19"/>
              </w:rPr>
              <w:t>Direct Telephone Number of End-User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53FC4B1C" w14:textId="77777777" w:rsidR="00403216" w:rsidRPr="00AE41B6" w:rsidRDefault="00403216" w:rsidP="00A663F5">
            <w:pPr>
              <w:spacing w:after="0" w:line="240" w:lineRule="auto"/>
            </w:pPr>
            <w:r w:rsidRPr="00AE41B6">
              <w:rPr>
                <w:sz w:val="19"/>
              </w:rPr>
              <w:t> </w:t>
            </w:r>
          </w:p>
        </w:tc>
      </w:tr>
      <w:tr w:rsidR="00403216" w:rsidRPr="00AE41B6" w14:paraId="76BF4970"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2390574D" w14:textId="77777777" w:rsidR="00403216" w:rsidRPr="00AE41B6" w:rsidRDefault="00403216" w:rsidP="00A663F5">
            <w:pPr>
              <w:spacing w:after="0" w:line="240" w:lineRule="auto"/>
            </w:pPr>
            <w:r w:rsidRPr="00AE41B6">
              <w:rPr>
                <w:sz w:val="19"/>
              </w:rPr>
              <w:t>E-Mail Address of End-User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7371FB36" w14:textId="77777777" w:rsidR="00403216" w:rsidRPr="00AE41B6" w:rsidRDefault="00403216" w:rsidP="00A663F5">
            <w:pPr>
              <w:spacing w:after="0" w:line="240" w:lineRule="auto"/>
            </w:pPr>
            <w:r w:rsidRPr="00AE41B6">
              <w:rPr>
                <w:sz w:val="19"/>
              </w:rPr>
              <w:t> </w:t>
            </w:r>
          </w:p>
        </w:tc>
      </w:tr>
      <w:tr w:rsidR="00403216" w:rsidRPr="00AE41B6" w14:paraId="1E525874" w14:textId="77777777" w:rsidTr="00A663F5">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23715396" w14:textId="77777777" w:rsidR="00403216" w:rsidRPr="00AE41B6" w:rsidRDefault="00403216" w:rsidP="00A663F5">
            <w:pPr>
              <w:spacing w:after="0" w:line="240" w:lineRule="auto"/>
            </w:pPr>
            <w:r w:rsidRPr="00AE41B6">
              <w:rPr>
                <w:sz w:val="19"/>
              </w:rPr>
              <w:t>Department Main Telephone Number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4DA06BBF" w14:textId="77777777" w:rsidR="00403216" w:rsidRPr="00AE41B6" w:rsidRDefault="00403216" w:rsidP="00A663F5">
            <w:pPr>
              <w:spacing w:after="0" w:line="240" w:lineRule="auto"/>
            </w:pPr>
            <w:r w:rsidRPr="00AE41B6">
              <w:rPr>
                <w:sz w:val="19"/>
              </w:rPr>
              <w:t> </w:t>
            </w:r>
          </w:p>
        </w:tc>
      </w:tr>
      <w:tr w:rsidR="00403216" w:rsidRPr="00AE41B6" w14:paraId="2B303228" w14:textId="77777777" w:rsidTr="000D1D9A">
        <w:trPr>
          <w:trHeight w:val="953"/>
        </w:trPr>
        <w:tc>
          <w:tcPr>
            <w:tcW w:w="4020"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58181A5A" w14:textId="77777777" w:rsidR="00403216" w:rsidRPr="00AE41B6" w:rsidRDefault="00403216" w:rsidP="00A663F5">
            <w:pPr>
              <w:spacing w:after="0" w:line="240" w:lineRule="auto"/>
            </w:pPr>
            <w:r w:rsidRPr="00AE41B6">
              <w:rPr>
                <w:sz w:val="19"/>
              </w:rPr>
              <w:t>Signature of Principal Investigator </w:t>
            </w:r>
          </w:p>
        </w:tc>
        <w:tc>
          <w:tcPr>
            <w:tcW w:w="4605" w:type="dxa"/>
            <w:tcBorders>
              <w:top w:val="single" w:sz="6" w:space="0" w:color="auto"/>
              <w:left w:val="single" w:sz="6" w:space="0" w:color="auto"/>
              <w:bottom w:val="single" w:sz="6" w:space="0" w:color="auto"/>
              <w:right w:val="single" w:sz="6" w:space="0" w:color="auto"/>
            </w:tcBorders>
            <w:shd w:val="clear" w:color="auto" w:fill="auto"/>
            <w:tcMar>
              <w:top w:w="55" w:type="dxa"/>
              <w:left w:w="80" w:type="dxa"/>
              <w:bottom w:w="55" w:type="dxa"/>
              <w:right w:w="80" w:type="dxa"/>
            </w:tcMar>
            <w:vAlign w:val="center"/>
            <w:hideMark/>
          </w:tcPr>
          <w:p w14:paraId="2FB7E216" w14:textId="77777777" w:rsidR="00403216" w:rsidRDefault="00403216" w:rsidP="00A663F5">
            <w:pPr>
              <w:spacing w:after="0" w:line="240" w:lineRule="auto"/>
              <w:rPr>
                <w:sz w:val="19"/>
              </w:rPr>
            </w:pPr>
            <w:r w:rsidRPr="00AE41B6">
              <w:rPr>
                <w:sz w:val="19"/>
              </w:rPr>
              <w:t> </w:t>
            </w:r>
          </w:p>
          <w:p w14:paraId="5E0DFE6D" w14:textId="77777777" w:rsidR="00403216" w:rsidRPr="00AE41B6" w:rsidRDefault="00403216" w:rsidP="00A663F5">
            <w:pPr>
              <w:spacing w:after="0" w:line="240" w:lineRule="auto"/>
            </w:pPr>
          </w:p>
          <w:p w14:paraId="3C693557" w14:textId="77777777" w:rsidR="00403216" w:rsidRPr="00AE41B6" w:rsidRDefault="00403216" w:rsidP="00A663F5">
            <w:pPr>
              <w:spacing w:after="0" w:line="240" w:lineRule="auto"/>
            </w:pPr>
            <w:r w:rsidRPr="00AE41B6">
              <w:rPr>
                <w:sz w:val="19"/>
              </w:rPr>
              <w:t>DATE (MM/DD/YYYY</w:t>
            </w:r>
            <w:proofErr w:type="gramStart"/>
            <w:r w:rsidRPr="00AE41B6">
              <w:rPr>
                <w:sz w:val="19"/>
              </w:rPr>
              <w:t>) :</w:t>
            </w:r>
            <w:proofErr w:type="gramEnd"/>
            <w:r w:rsidRPr="00AE41B6">
              <w:rPr>
                <w:sz w:val="19"/>
              </w:rPr>
              <w:t>       /     / </w:t>
            </w:r>
          </w:p>
        </w:tc>
      </w:tr>
    </w:tbl>
    <w:p w14:paraId="64105DC6" w14:textId="30E7FAAE" w:rsidR="00E00392" w:rsidRDefault="00403216" w:rsidP="00403216">
      <w:r w:rsidRPr="00AE41B6">
        <w:t>Please return by e-mail to </w:t>
      </w:r>
      <w:hyperlink r:id="rId8" w:tgtFrame="_blank" w:history="1">
        <w:r w:rsidRPr="00AE41B6">
          <w:rPr>
            <w:rStyle w:val="aff"/>
          </w:rPr>
          <w:t>export@funakoshi.co.jp</w:t>
        </w:r>
      </w:hyperlink>
      <w:r w:rsidRPr="00AE41B6">
        <w:t>  </w:t>
      </w:r>
    </w:p>
    <w:p w14:paraId="55F0ABDD" w14:textId="127ECA84" w:rsidR="000D1D9A" w:rsidRPr="000D1D9A" w:rsidRDefault="000D1D9A" w:rsidP="000D1D9A">
      <w:pPr>
        <w:rPr>
          <w:lang w:eastAsia="ja-JP"/>
        </w:rPr>
      </w:pPr>
    </w:p>
    <w:p w14:paraId="0CFE1EB2" w14:textId="252BE1C7" w:rsidR="000D1D9A" w:rsidRPr="000D1D9A" w:rsidRDefault="000D1D9A" w:rsidP="000D1D9A">
      <w:pPr>
        <w:jc w:val="center"/>
        <w:rPr>
          <w:rFonts w:hint="eastAsia"/>
          <w:sz w:val="36"/>
          <w:szCs w:val="36"/>
          <w:u w:val="single"/>
          <w:lang w:eastAsia="ja-JP"/>
        </w:rPr>
      </w:pPr>
      <w:r w:rsidRPr="000D1D9A">
        <w:rPr>
          <w:b/>
          <w:bCs/>
          <w:sz w:val="36"/>
          <w:szCs w:val="36"/>
          <w:u w:val="single"/>
          <w:lang w:eastAsia="ja-JP"/>
        </w:rPr>
        <w:t>Privacy Policy in Relation to a Letter of Assurance</w:t>
      </w:r>
    </w:p>
    <w:p w14:paraId="0BEC4B3D" w14:textId="77777777" w:rsidR="000D1D9A" w:rsidRPr="000D1D9A" w:rsidRDefault="000D1D9A" w:rsidP="000D1D9A">
      <w:pPr>
        <w:rPr>
          <w:rFonts w:hint="eastAsia"/>
          <w:lang w:eastAsia="ja-JP"/>
        </w:rPr>
      </w:pPr>
      <w:r w:rsidRPr="000D1D9A">
        <w:rPr>
          <w:lang w:eastAsia="ja-JP"/>
        </w:rPr>
        <w:t> </w:t>
      </w:r>
    </w:p>
    <w:p w14:paraId="546C22E7" w14:textId="5383E46A" w:rsidR="000D1D9A" w:rsidRPr="000D1D9A" w:rsidRDefault="000D1D9A" w:rsidP="000D1D9A">
      <w:pPr>
        <w:rPr>
          <w:rFonts w:hint="eastAsia"/>
          <w:lang w:eastAsia="ja-JP"/>
        </w:rPr>
      </w:pPr>
      <w:r w:rsidRPr="000D1D9A">
        <w:rPr>
          <w:lang w:eastAsia="ja-JP"/>
        </w:rPr>
        <w:t>We, Funakoshi Co., Ltd., will properly manage personal information collected from you to prevent unauthorized access, loss, falsification, or theft, and we will use it only within the scope of the collection purpose. </w:t>
      </w:r>
    </w:p>
    <w:p w14:paraId="65AB5A42" w14:textId="140916F7" w:rsidR="000D1D9A" w:rsidRPr="000D1D9A" w:rsidRDefault="000D1D9A" w:rsidP="000D1D9A">
      <w:pPr>
        <w:jc w:val="center"/>
        <w:rPr>
          <w:rFonts w:hint="eastAsia"/>
          <w:lang w:eastAsia="ja-JP"/>
        </w:rPr>
      </w:pPr>
      <w:r w:rsidRPr="000D1D9A">
        <w:rPr>
          <w:b/>
          <w:bCs/>
          <w:lang w:eastAsia="ja-JP"/>
        </w:rPr>
        <w:t>​​</w:t>
      </w:r>
      <w:r w:rsidRPr="000D1D9A">
        <w:rPr>
          <w:rFonts w:hint="eastAsia"/>
          <w:b/>
          <w:bCs/>
          <w:sz w:val="32"/>
          <w:szCs w:val="32"/>
          <w:lang w:eastAsia="ja-JP"/>
        </w:rPr>
        <w:t>☐</w:t>
      </w:r>
      <w:r w:rsidRPr="000D1D9A">
        <w:rPr>
          <w:b/>
          <w:bCs/>
          <w:sz w:val="32"/>
          <w:szCs w:val="32"/>
          <w:lang w:eastAsia="ja-JP"/>
        </w:rPr>
        <w:t>​</w:t>
      </w:r>
      <w:r w:rsidRPr="000D1D9A">
        <w:rPr>
          <w:b/>
          <w:bCs/>
          <w:sz w:val="32"/>
          <w:szCs w:val="32"/>
          <w:lang w:eastAsia="ja-JP"/>
        </w:rPr>
        <w:t xml:space="preserve">　</w:t>
      </w:r>
      <w:r w:rsidRPr="000D1D9A">
        <w:rPr>
          <w:b/>
          <w:bCs/>
          <w:sz w:val="32"/>
          <w:szCs w:val="32"/>
          <w:lang w:eastAsia="ja-JP"/>
        </w:rPr>
        <w:t>I agree to the Funakoshi Privacy Policy below.</w:t>
      </w:r>
    </w:p>
    <w:p w14:paraId="79B27223" w14:textId="77777777" w:rsidR="000D1D9A" w:rsidRPr="000D1D9A" w:rsidRDefault="000D1D9A" w:rsidP="000D1D9A">
      <w:pPr>
        <w:rPr>
          <w:rFonts w:hint="eastAsia"/>
          <w:b/>
          <w:bCs/>
          <w:lang w:eastAsia="ja-JP"/>
        </w:rPr>
      </w:pPr>
      <w:r w:rsidRPr="000D1D9A">
        <w:rPr>
          <w:b/>
          <w:bCs/>
          <w:u w:val="single"/>
          <w:lang w:eastAsia="ja-JP"/>
        </w:rPr>
        <w:t>1</w:t>
      </w:r>
      <w:r w:rsidRPr="000D1D9A">
        <w:rPr>
          <w:b/>
          <w:bCs/>
          <w:u w:val="single"/>
          <w:lang w:eastAsia="ja-JP"/>
        </w:rPr>
        <w:t>．</w:t>
      </w:r>
      <w:r w:rsidRPr="000D1D9A">
        <w:rPr>
          <w:b/>
          <w:bCs/>
          <w:u w:val="single"/>
          <w:lang w:eastAsia="ja-JP"/>
        </w:rPr>
        <w:t> Purpose of Use of Personal Information</w:t>
      </w:r>
      <w:r w:rsidRPr="000D1D9A">
        <w:rPr>
          <w:b/>
          <w:bCs/>
          <w:lang w:eastAsia="ja-JP"/>
        </w:rPr>
        <w:t> </w:t>
      </w:r>
    </w:p>
    <w:p w14:paraId="4DD19297" w14:textId="77777777" w:rsidR="000D1D9A" w:rsidRPr="000D1D9A" w:rsidRDefault="000D1D9A" w:rsidP="000D1D9A">
      <w:pPr>
        <w:rPr>
          <w:rFonts w:hint="eastAsia"/>
          <w:lang w:eastAsia="ja-JP"/>
        </w:rPr>
      </w:pPr>
      <w:r w:rsidRPr="000D1D9A">
        <w:rPr>
          <w:lang w:eastAsia="ja-JP"/>
        </w:rPr>
        <w:t>Personal information will be used for the following purposes.  </w:t>
      </w:r>
    </w:p>
    <w:p w14:paraId="7BF177A7" w14:textId="77777777" w:rsidR="000D1D9A" w:rsidRPr="000D1D9A" w:rsidRDefault="000D1D9A" w:rsidP="000D1D9A">
      <w:pPr>
        <w:rPr>
          <w:rFonts w:hint="eastAsia"/>
          <w:lang w:eastAsia="ja-JP"/>
        </w:rPr>
      </w:pPr>
      <w:r w:rsidRPr="000D1D9A">
        <w:rPr>
          <w:lang w:eastAsia="ja-JP"/>
        </w:rPr>
        <w:t>1) To deliver requested materials (printed materials, direct mail, etc.) </w:t>
      </w:r>
    </w:p>
    <w:p w14:paraId="798848D6" w14:textId="77777777" w:rsidR="000D1D9A" w:rsidRPr="000D1D9A" w:rsidRDefault="000D1D9A" w:rsidP="000D1D9A">
      <w:pPr>
        <w:rPr>
          <w:rFonts w:hint="eastAsia"/>
          <w:lang w:eastAsia="ja-JP"/>
        </w:rPr>
      </w:pPr>
      <w:r w:rsidRPr="000D1D9A">
        <w:rPr>
          <w:lang w:eastAsia="ja-JP"/>
        </w:rPr>
        <w:t>2) To provide information on products and services handled by our company </w:t>
      </w:r>
    </w:p>
    <w:p w14:paraId="7C5F2DA7" w14:textId="77777777" w:rsidR="000D1D9A" w:rsidRPr="000D1D9A" w:rsidRDefault="000D1D9A" w:rsidP="000D1D9A">
      <w:pPr>
        <w:rPr>
          <w:rFonts w:hint="eastAsia"/>
          <w:lang w:eastAsia="ja-JP"/>
        </w:rPr>
      </w:pPr>
      <w:r w:rsidRPr="000D1D9A">
        <w:rPr>
          <w:lang w:eastAsia="ja-JP"/>
        </w:rPr>
        <w:t>3) To inform you of events (seminars and exhibitions) organized by our company </w:t>
      </w:r>
    </w:p>
    <w:p w14:paraId="6A675FDE" w14:textId="77777777" w:rsidR="000D1D9A" w:rsidRPr="000D1D9A" w:rsidRDefault="000D1D9A" w:rsidP="000D1D9A">
      <w:pPr>
        <w:rPr>
          <w:rFonts w:hint="eastAsia"/>
          <w:lang w:eastAsia="ja-JP"/>
        </w:rPr>
      </w:pPr>
      <w:r w:rsidRPr="000D1D9A">
        <w:rPr>
          <w:lang w:eastAsia="ja-JP"/>
        </w:rPr>
        <w:t>4) For various surveys and shipping of prizes </w:t>
      </w:r>
    </w:p>
    <w:p w14:paraId="1AD5BFC3" w14:textId="77777777" w:rsidR="000D1D9A" w:rsidRPr="000D1D9A" w:rsidRDefault="000D1D9A" w:rsidP="000D1D9A">
      <w:pPr>
        <w:rPr>
          <w:rFonts w:hint="eastAsia"/>
          <w:lang w:eastAsia="ja-JP"/>
        </w:rPr>
      </w:pPr>
      <w:r w:rsidRPr="000D1D9A">
        <w:rPr>
          <w:lang w:eastAsia="ja-JP"/>
        </w:rPr>
        <w:t>5) To send ordered products directly to customers </w:t>
      </w:r>
    </w:p>
    <w:p w14:paraId="152A55D6" w14:textId="77777777" w:rsidR="000D1D9A" w:rsidRPr="000D1D9A" w:rsidRDefault="000D1D9A" w:rsidP="000D1D9A">
      <w:pPr>
        <w:rPr>
          <w:rFonts w:hint="eastAsia"/>
          <w:lang w:eastAsia="ja-JP"/>
        </w:rPr>
      </w:pPr>
      <w:r w:rsidRPr="000D1D9A">
        <w:rPr>
          <w:lang w:eastAsia="ja-JP"/>
        </w:rPr>
        <w:t>6) For after-sales service and repair of products purchased from us </w:t>
      </w:r>
    </w:p>
    <w:p w14:paraId="142BBCD9" w14:textId="77777777" w:rsidR="000D1D9A" w:rsidRPr="000D1D9A" w:rsidRDefault="000D1D9A" w:rsidP="000D1D9A">
      <w:pPr>
        <w:rPr>
          <w:rFonts w:hint="eastAsia"/>
          <w:lang w:eastAsia="ja-JP"/>
        </w:rPr>
      </w:pPr>
      <w:r w:rsidRPr="000D1D9A">
        <w:rPr>
          <w:lang w:eastAsia="ja-JP"/>
        </w:rPr>
        <w:t>7) To confirm the intended use of products and services handled by our company </w:t>
      </w:r>
    </w:p>
    <w:p w14:paraId="6CF89CF5" w14:textId="77777777" w:rsidR="000D1D9A" w:rsidRPr="000D1D9A" w:rsidRDefault="000D1D9A" w:rsidP="000D1D9A">
      <w:pPr>
        <w:rPr>
          <w:rFonts w:hint="eastAsia"/>
          <w:lang w:eastAsia="ja-JP"/>
        </w:rPr>
      </w:pPr>
      <w:r w:rsidRPr="000D1D9A">
        <w:rPr>
          <w:lang w:eastAsia="ja-JP"/>
        </w:rPr>
        <w:t>8) To analyze and improve the effectiveness of our advertising media (website, email</w:t>
      </w:r>
      <w:r w:rsidRPr="000D1D9A">
        <w:rPr>
          <w:lang w:eastAsia="ja-JP"/>
        </w:rPr>
        <w:t xml:space="preserve">　</w:t>
      </w:r>
      <w:r w:rsidRPr="000D1D9A">
        <w:rPr>
          <w:lang w:eastAsia="ja-JP"/>
        </w:rPr>
        <w:t>magazines, etc.) </w:t>
      </w:r>
    </w:p>
    <w:p w14:paraId="18AA51D3" w14:textId="77777777" w:rsidR="000D1D9A" w:rsidRPr="000D1D9A" w:rsidRDefault="000D1D9A" w:rsidP="000D1D9A">
      <w:pPr>
        <w:rPr>
          <w:rFonts w:hint="eastAsia"/>
          <w:lang w:eastAsia="ja-JP"/>
        </w:rPr>
      </w:pPr>
      <w:r w:rsidRPr="000D1D9A">
        <w:rPr>
          <w:lang w:eastAsia="ja-JP"/>
        </w:rPr>
        <w:t>9) For other purposes individually specified in each service of our company </w:t>
      </w:r>
    </w:p>
    <w:p w14:paraId="5911D801" w14:textId="77777777" w:rsidR="000D1D9A" w:rsidRPr="000D1D9A" w:rsidRDefault="000D1D9A" w:rsidP="000D1D9A">
      <w:pPr>
        <w:rPr>
          <w:rFonts w:hint="eastAsia"/>
          <w:lang w:eastAsia="ja-JP"/>
        </w:rPr>
      </w:pPr>
      <w:r w:rsidRPr="000D1D9A">
        <w:rPr>
          <w:lang w:eastAsia="ja-JP"/>
        </w:rPr>
        <w:t> </w:t>
      </w:r>
    </w:p>
    <w:p w14:paraId="1C987BBA" w14:textId="77777777" w:rsidR="000D1D9A" w:rsidRPr="000D1D9A" w:rsidRDefault="000D1D9A" w:rsidP="000D1D9A">
      <w:pPr>
        <w:rPr>
          <w:rFonts w:hint="eastAsia"/>
          <w:b/>
          <w:bCs/>
          <w:lang w:eastAsia="ja-JP"/>
        </w:rPr>
      </w:pPr>
      <w:r w:rsidRPr="000D1D9A">
        <w:rPr>
          <w:b/>
          <w:bCs/>
          <w:u w:val="single"/>
          <w:lang w:eastAsia="ja-JP"/>
        </w:rPr>
        <w:t>2</w:t>
      </w:r>
      <w:r w:rsidRPr="000D1D9A">
        <w:rPr>
          <w:b/>
          <w:bCs/>
          <w:u w:val="single"/>
          <w:lang w:eastAsia="ja-JP"/>
        </w:rPr>
        <w:t>．</w:t>
      </w:r>
      <w:r w:rsidRPr="000D1D9A">
        <w:rPr>
          <w:b/>
          <w:bCs/>
          <w:u w:val="single"/>
          <w:lang w:eastAsia="ja-JP"/>
        </w:rPr>
        <w:t> Provision of Personal Information to Third Parties</w:t>
      </w:r>
      <w:r w:rsidRPr="000D1D9A">
        <w:rPr>
          <w:b/>
          <w:bCs/>
          <w:lang w:eastAsia="ja-JP"/>
        </w:rPr>
        <w:t> </w:t>
      </w:r>
    </w:p>
    <w:p w14:paraId="20CF4E7D" w14:textId="77777777" w:rsidR="000D1D9A" w:rsidRPr="000D1D9A" w:rsidRDefault="000D1D9A" w:rsidP="000D1D9A">
      <w:pPr>
        <w:rPr>
          <w:rFonts w:hint="eastAsia"/>
          <w:lang w:eastAsia="ja-JP"/>
        </w:rPr>
      </w:pPr>
      <w:r w:rsidRPr="000D1D9A">
        <w:rPr>
          <w:lang w:eastAsia="ja-JP"/>
        </w:rPr>
        <w:t>We will provide your personal information to third parties as follows: </w:t>
      </w:r>
    </w:p>
    <w:p w14:paraId="20EEEE26" w14:textId="19E53766" w:rsidR="000D1D9A" w:rsidRPr="000D1D9A" w:rsidRDefault="000D1D9A" w:rsidP="000D1D9A">
      <w:pPr>
        <w:rPr>
          <w:rFonts w:hint="eastAsia"/>
          <w:lang w:eastAsia="ja-JP"/>
        </w:rPr>
      </w:pPr>
      <w:r w:rsidRPr="000D1D9A">
        <w:rPr>
          <w:u w:val="single"/>
          <w:lang w:eastAsia="ja-JP"/>
        </w:rPr>
        <w:t>1) Recipient of Personal Information</w:t>
      </w:r>
      <w:r>
        <w:rPr>
          <w:rFonts w:hint="eastAsia"/>
          <w:lang w:eastAsia="ja-JP"/>
        </w:rPr>
        <w:t>:</w:t>
      </w:r>
      <w:r w:rsidRPr="000D1D9A">
        <w:rPr>
          <w:lang w:eastAsia="ja-JP"/>
        </w:rPr>
        <w:t>  </w:t>
      </w:r>
      <w:proofErr w:type="spellStart"/>
      <w:r w:rsidRPr="000D1D9A">
        <w:rPr>
          <w:lang w:eastAsia="ja-JP"/>
        </w:rPr>
        <w:t>CUBICStars</w:t>
      </w:r>
      <w:proofErr w:type="spellEnd"/>
      <w:r w:rsidRPr="000D1D9A">
        <w:rPr>
          <w:lang w:eastAsia="ja-JP"/>
        </w:rPr>
        <w:t>, Inc. </w:t>
      </w:r>
    </w:p>
    <w:p w14:paraId="00E7B5C1" w14:textId="77B3908B" w:rsidR="000D1D9A" w:rsidRPr="000D1D9A" w:rsidRDefault="000D1D9A" w:rsidP="000D1D9A">
      <w:pPr>
        <w:rPr>
          <w:rFonts w:hint="eastAsia"/>
          <w:lang w:eastAsia="ja-JP"/>
        </w:rPr>
      </w:pPr>
      <w:r w:rsidRPr="000D1D9A">
        <w:rPr>
          <w:u w:val="single"/>
          <w:lang w:eastAsia="ja-JP"/>
        </w:rPr>
        <w:t>2) The personal information to be provided</w:t>
      </w:r>
      <w:r>
        <w:rPr>
          <w:rFonts w:hint="eastAsia"/>
          <w:lang w:eastAsia="ja-JP"/>
        </w:rPr>
        <w:t xml:space="preserve">: </w:t>
      </w:r>
      <w:r w:rsidRPr="000D1D9A">
        <w:rPr>
          <w:lang w:eastAsia="ja-JP"/>
        </w:rPr>
        <w:t>Written personal information </w:t>
      </w:r>
    </w:p>
    <w:p w14:paraId="54344C95" w14:textId="4200CABC" w:rsidR="000D1D9A" w:rsidRPr="000D1D9A" w:rsidRDefault="000D1D9A" w:rsidP="000D1D9A">
      <w:pPr>
        <w:rPr>
          <w:rFonts w:hint="eastAsia"/>
          <w:lang w:eastAsia="ja-JP"/>
        </w:rPr>
      </w:pPr>
      <w:r w:rsidRPr="000D1D9A">
        <w:rPr>
          <w:u w:val="single"/>
          <w:lang w:eastAsia="ja-JP"/>
        </w:rPr>
        <w:t xml:space="preserve">3) Purpose of Use by the </w:t>
      </w:r>
      <w:proofErr w:type="gramStart"/>
      <w:r w:rsidRPr="000D1D9A">
        <w:rPr>
          <w:u w:val="single"/>
          <w:lang w:eastAsia="ja-JP"/>
        </w:rPr>
        <w:t>Recipient</w:t>
      </w:r>
      <w:r w:rsidRPr="000D1D9A">
        <w:rPr>
          <w:lang w:eastAsia="ja-JP"/>
        </w:rPr>
        <w:t> </w:t>
      </w:r>
      <w:r>
        <w:rPr>
          <w:rFonts w:hint="eastAsia"/>
          <w:lang w:eastAsia="ja-JP"/>
        </w:rPr>
        <w:t>:</w:t>
      </w:r>
      <w:proofErr w:type="gramEnd"/>
    </w:p>
    <w:p w14:paraId="756AD50E" w14:textId="346C82DA" w:rsidR="000D1D9A" w:rsidRPr="000D1D9A" w:rsidRDefault="000D1D9A" w:rsidP="000D1D9A">
      <w:pPr>
        <w:rPr>
          <w:rFonts w:hint="eastAsia"/>
          <w:lang w:eastAsia="ja-JP"/>
        </w:rPr>
      </w:pPr>
      <w:r w:rsidRPr="000D1D9A">
        <w:rPr>
          <w:lang w:eastAsia="ja-JP"/>
        </w:rPr>
        <w:t>To confirm customer information, provide information on products and services, and provide technical support </w:t>
      </w:r>
    </w:p>
    <w:p w14:paraId="1E7C7917" w14:textId="77777777" w:rsidR="000D1D9A" w:rsidRPr="000D1D9A" w:rsidRDefault="000D1D9A" w:rsidP="000D1D9A">
      <w:pPr>
        <w:rPr>
          <w:rFonts w:hint="eastAsia"/>
          <w:lang w:eastAsia="ja-JP"/>
        </w:rPr>
      </w:pPr>
      <w:r w:rsidRPr="000D1D9A">
        <w:rPr>
          <w:lang w:eastAsia="ja-JP"/>
        </w:rPr>
        <w:t> </w:t>
      </w:r>
    </w:p>
    <w:p w14:paraId="7FFD9823" w14:textId="77777777" w:rsidR="000D1D9A" w:rsidRDefault="000D1D9A" w:rsidP="000D1D9A">
      <w:pPr>
        <w:rPr>
          <w:lang w:eastAsia="ja-JP"/>
        </w:rPr>
      </w:pPr>
      <w:r w:rsidRPr="000D1D9A">
        <w:rPr>
          <w:lang w:eastAsia="ja-JP"/>
        </w:rPr>
        <w:t>With the following exceptions, we will not disclose, provide, sell, or share the collected personal</w:t>
      </w:r>
      <w:r>
        <w:rPr>
          <w:rFonts w:hint="eastAsia"/>
          <w:lang w:eastAsia="ja-JP"/>
        </w:rPr>
        <w:t xml:space="preserve"> </w:t>
      </w:r>
      <w:r w:rsidRPr="000D1D9A">
        <w:rPr>
          <w:lang w:eastAsia="ja-JP"/>
        </w:rPr>
        <w:t>information to third parties without the customer's consent.  </w:t>
      </w:r>
    </w:p>
    <w:p w14:paraId="76AB7498" w14:textId="21922E0E" w:rsidR="000D1D9A" w:rsidRPr="000D1D9A" w:rsidRDefault="000D1D9A" w:rsidP="000D1D9A">
      <w:pPr>
        <w:rPr>
          <w:rFonts w:hint="eastAsia"/>
          <w:lang w:eastAsia="ja-JP"/>
        </w:rPr>
      </w:pPr>
      <w:r w:rsidRPr="000D1D9A">
        <w:rPr>
          <w:lang w:eastAsia="ja-JP"/>
        </w:rPr>
        <w:t>However, we may disclose personal information without consent. </w:t>
      </w:r>
    </w:p>
    <w:p w14:paraId="2AA4D5B2" w14:textId="77777777" w:rsidR="000D1D9A" w:rsidRPr="000D1D9A" w:rsidRDefault="000D1D9A" w:rsidP="000D1D9A">
      <w:pPr>
        <w:rPr>
          <w:rFonts w:hint="eastAsia"/>
          <w:lang w:eastAsia="ja-JP"/>
        </w:rPr>
      </w:pPr>
      <w:r w:rsidRPr="000D1D9A">
        <w:rPr>
          <w:lang w:eastAsia="ja-JP"/>
        </w:rPr>
        <w:t>1) In cases required by law or in situations involving significant danger to life, health, or property. </w:t>
      </w:r>
    </w:p>
    <w:p w14:paraId="10A6C57D" w14:textId="77777777" w:rsidR="000D1D9A" w:rsidRPr="000D1D9A" w:rsidRDefault="000D1D9A" w:rsidP="000D1D9A">
      <w:pPr>
        <w:rPr>
          <w:rFonts w:hint="eastAsia"/>
          <w:lang w:eastAsia="ja-JP"/>
        </w:rPr>
      </w:pPr>
      <w:r w:rsidRPr="000D1D9A">
        <w:rPr>
          <w:lang w:eastAsia="ja-JP"/>
        </w:rPr>
        <w:t> </w:t>
      </w:r>
    </w:p>
    <w:p w14:paraId="68F30C3F" w14:textId="77777777" w:rsidR="000D1D9A" w:rsidRPr="000D1D9A" w:rsidRDefault="000D1D9A" w:rsidP="000D1D9A">
      <w:pPr>
        <w:rPr>
          <w:rFonts w:hint="eastAsia"/>
          <w:b/>
          <w:bCs/>
          <w:lang w:eastAsia="ja-JP"/>
        </w:rPr>
      </w:pPr>
      <w:r w:rsidRPr="000D1D9A">
        <w:rPr>
          <w:b/>
          <w:bCs/>
          <w:u w:val="single"/>
          <w:lang w:eastAsia="ja-JP"/>
        </w:rPr>
        <w:t>3</w:t>
      </w:r>
      <w:r w:rsidRPr="000D1D9A">
        <w:rPr>
          <w:b/>
          <w:bCs/>
          <w:u w:val="single"/>
          <w:lang w:eastAsia="ja-JP"/>
        </w:rPr>
        <w:t>．</w:t>
      </w:r>
      <w:r w:rsidRPr="000D1D9A">
        <w:rPr>
          <w:b/>
          <w:bCs/>
          <w:u w:val="single"/>
          <w:lang w:eastAsia="ja-JP"/>
        </w:rPr>
        <w:t>Requests for Disclosure</w:t>
      </w:r>
      <w:r w:rsidRPr="000D1D9A">
        <w:rPr>
          <w:b/>
          <w:bCs/>
          <w:lang w:eastAsia="ja-JP"/>
        </w:rPr>
        <w:t> </w:t>
      </w:r>
    </w:p>
    <w:p w14:paraId="4F29C3CC" w14:textId="77777777" w:rsidR="000D1D9A" w:rsidRPr="000D1D9A" w:rsidRDefault="000D1D9A" w:rsidP="000D1D9A">
      <w:pPr>
        <w:rPr>
          <w:rFonts w:hint="eastAsia"/>
          <w:lang w:eastAsia="ja-JP"/>
        </w:rPr>
      </w:pPr>
      <w:r w:rsidRPr="000D1D9A">
        <w:rPr>
          <w:lang w:eastAsia="ja-JP"/>
        </w:rPr>
        <w:t>For inquiries about personal information and requests for disclosure, correction or deletion, please contact the "Personal Information Consultation Desk" below. </w:t>
      </w:r>
    </w:p>
    <w:p w14:paraId="10494D11" w14:textId="4AE16A42" w:rsidR="000D1D9A" w:rsidRPr="000D1D9A" w:rsidRDefault="000D1D9A" w:rsidP="000D1D9A">
      <w:pPr>
        <w:rPr>
          <w:rFonts w:hint="eastAsia"/>
          <w:lang w:eastAsia="ja-JP"/>
        </w:rPr>
      </w:pPr>
      <w:r w:rsidRPr="000D1D9A">
        <w:rPr>
          <w:lang w:eastAsia="ja-JP"/>
        </w:rPr>
        <w:t> </w:t>
      </w:r>
    </w:p>
    <w:p w14:paraId="671E447D" w14:textId="636ABE7B" w:rsidR="000D1D9A" w:rsidRPr="000D1D9A" w:rsidRDefault="000D1D9A" w:rsidP="000D1D9A">
      <w:pPr>
        <w:rPr>
          <w:rFonts w:hint="eastAsia"/>
          <w:b/>
          <w:bCs/>
          <w:lang w:eastAsia="ja-JP"/>
        </w:rPr>
      </w:pPr>
      <w:r w:rsidRPr="000D1D9A">
        <w:rPr>
          <w:b/>
          <w:bCs/>
          <w:u w:val="single"/>
          <w:lang w:eastAsia="ja-JP"/>
        </w:rPr>
        <w:t>Contact for Personal Information Inquiries:</w:t>
      </w:r>
    </w:p>
    <w:p w14:paraId="0F365BE9" w14:textId="37254200" w:rsidR="000D1D9A" w:rsidRPr="000D1D9A" w:rsidRDefault="000D1D9A" w:rsidP="000D1D9A">
      <w:pPr>
        <w:rPr>
          <w:rFonts w:hint="eastAsia"/>
          <w:lang w:eastAsia="ja-JP"/>
        </w:rPr>
      </w:pPr>
      <w:r w:rsidRPr="000D1D9A">
        <w:rPr>
          <w:lang w:eastAsia="ja-JP"/>
        </w:rPr>
        <w:t>Funakoshi Co., Ltd., Export Business Department</w:t>
      </w:r>
    </w:p>
    <w:p w14:paraId="3370ADB9" w14:textId="2B61C6CE" w:rsidR="000D1D9A" w:rsidRPr="000D1D9A" w:rsidRDefault="000D1D9A" w:rsidP="000D1D9A">
      <w:pPr>
        <w:rPr>
          <w:rFonts w:hint="eastAsia"/>
          <w:lang w:eastAsia="ja-JP"/>
        </w:rPr>
      </w:pPr>
      <w:r w:rsidRPr="000D1D9A">
        <w:rPr>
          <w:rFonts w:hint="eastAsia"/>
          <w:b/>
          <w:bCs/>
          <w:lang w:eastAsia="ja-JP"/>
        </w:rPr>
        <w:drawing>
          <wp:anchor distT="0" distB="0" distL="114300" distR="114300" simplePos="0" relativeHeight="251662848" behindDoc="1" locked="0" layoutInCell="1" allowOverlap="1" wp14:anchorId="1099E236" wp14:editId="61CBEE8B">
            <wp:simplePos x="0" y="0"/>
            <wp:positionH relativeFrom="column">
              <wp:posOffset>3175175</wp:posOffset>
            </wp:positionH>
            <wp:positionV relativeFrom="paragraph">
              <wp:posOffset>17867</wp:posOffset>
            </wp:positionV>
            <wp:extent cx="835025" cy="835025"/>
            <wp:effectExtent l="0" t="0" r="3175" b="3175"/>
            <wp:wrapNone/>
            <wp:docPr id="1070933855" name="図 3"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R コード&#10;&#10;AI によって生成されたコンテンツは間違っている可能性があります。"/>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02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D9A">
        <w:rPr>
          <w:lang w:eastAsia="ja-JP"/>
        </w:rPr>
        <w:t>Email: export@funakoshi.co.jp</w:t>
      </w:r>
    </w:p>
    <w:p w14:paraId="734EE863" w14:textId="5CB316C2" w:rsidR="000D1D9A" w:rsidRDefault="000D1D9A" w:rsidP="000D1D9A">
      <w:pPr>
        <w:rPr>
          <w:lang w:eastAsia="ja-JP"/>
        </w:rPr>
      </w:pPr>
      <w:r w:rsidRPr="000D1D9A">
        <w:rPr>
          <w:lang w:eastAsia="ja-JP"/>
        </w:rPr>
        <w:t>Address: 2-9-7 Hongo, Bunkyo-</w:t>
      </w:r>
      <w:proofErr w:type="spellStart"/>
      <w:r w:rsidRPr="000D1D9A">
        <w:rPr>
          <w:lang w:eastAsia="ja-JP"/>
        </w:rPr>
        <w:t>ku</w:t>
      </w:r>
      <w:proofErr w:type="spellEnd"/>
      <w:r w:rsidRPr="000D1D9A">
        <w:rPr>
          <w:lang w:eastAsia="ja-JP"/>
        </w:rPr>
        <w:t>, Tokyo 113-0033</w:t>
      </w:r>
    </w:p>
    <w:p w14:paraId="2CA5EF4B" w14:textId="38B86ED8" w:rsidR="000D1D9A" w:rsidRPr="000D1D9A" w:rsidRDefault="000D1D9A" w:rsidP="000D1D9A">
      <w:pPr>
        <w:rPr>
          <w:rFonts w:hint="eastAsia"/>
          <w:b/>
          <w:bCs/>
          <w:lang w:eastAsia="ja-JP"/>
        </w:rPr>
      </w:pPr>
      <w:r w:rsidRPr="000D1D9A">
        <w:rPr>
          <w:b/>
          <w:bCs/>
          <w:lang w:eastAsia="ja-JP"/>
        </w:rPr>
        <w:t>In details, please see below.</w:t>
      </w:r>
    </w:p>
    <w:p w14:paraId="2070AC57" w14:textId="1681168F" w:rsidR="000D1D9A" w:rsidRPr="000D1D9A" w:rsidRDefault="000D1D9A" w:rsidP="000D1D9A">
      <w:pPr>
        <w:rPr>
          <w:rFonts w:hint="eastAsia"/>
          <w:lang w:eastAsia="ja-JP"/>
        </w:rPr>
      </w:pPr>
      <w:hyperlink r:id="rId10" w:tgtFrame="_blank" w:history="1">
        <w:r w:rsidRPr="000D1D9A">
          <w:rPr>
            <w:rStyle w:val="aff"/>
            <w:lang w:eastAsia="ja-JP"/>
          </w:rPr>
          <w:t>https://www.funakoshi.co.jp/exports/privacy_policy</w:t>
        </w:r>
      </w:hyperlink>
    </w:p>
    <w:sectPr w:rsidR="000D1D9A" w:rsidRPr="000D1D9A" w:rsidSect="00034616">
      <w:headerReference w:type="default" r:id="rId11"/>
      <w:pgSz w:w="12240" w:h="15840"/>
      <w:pgMar w:top="1037" w:right="1181" w:bottom="1037" w:left="1181"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629C" w14:textId="77777777" w:rsidR="00DD6E46" w:rsidRDefault="00DD6E46" w:rsidP="004632FE">
      <w:pPr>
        <w:spacing w:after="0" w:line="240" w:lineRule="auto"/>
      </w:pPr>
      <w:r>
        <w:separator/>
      </w:r>
    </w:p>
  </w:endnote>
  <w:endnote w:type="continuationSeparator" w:id="0">
    <w:p w14:paraId="3C8FE21C" w14:textId="77777777" w:rsidR="00DD6E46" w:rsidRDefault="00DD6E46" w:rsidP="0046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443A" w14:textId="77777777" w:rsidR="00DD6E46" w:rsidRDefault="00DD6E46" w:rsidP="004632FE">
      <w:pPr>
        <w:spacing w:after="0" w:line="240" w:lineRule="auto"/>
      </w:pPr>
      <w:r>
        <w:separator/>
      </w:r>
    </w:p>
  </w:footnote>
  <w:footnote w:type="continuationSeparator" w:id="0">
    <w:p w14:paraId="7C502856" w14:textId="77777777" w:rsidR="00DD6E46" w:rsidRDefault="00DD6E46" w:rsidP="00463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B78B" w14:textId="1494A921" w:rsidR="00875A3B" w:rsidRDefault="00875A3B" w:rsidP="00875A3B">
    <w:pPr>
      <w:pStyle w:val="a5"/>
      <w:jc w:val="center"/>
    </w:pPr>
    <w:r>
      <w:rPr>
        <w:noProof/>
      </w:rPr>
      <w:drawing>
        <wp:inline distT="0" distB="0" distL="0" distR="0" wp14:anchorId="0EAFB88B" wp14:editId="073A6C6E">
          <wp:extent cx="1807845" cy="553085"/>
          <wp:effectExtent l="0" t="0" r="1905" b="0"/>
          <wp:docPr id="121889544" name="図 1" descr="ロゴ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9544" name="図 1" descr="ロゴ が含まれている画像&#10;&#10;AI によって生成されたコンテンツは間違っている可能性がありま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845"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12392420">
    <w:abstractNumId w:val="8"/>
  </w:num>
  <w:num w:numId="2" w16cid:durableId="852652525">
    <w:abstractNumId w:val="6"/>
  </w:num>
  <w:num w:numId="3" w16cid:durableId="938025756">
    <w:abstractNumId w:val="5"/>
  </w:num>
  <w:num w:numId="4" w16cid:durableId="832794493">
    <w:abstractNumId w:val="4"/>
  </w:num>
  <w:num w:numId="5" w16cid:durableId="1988704569">
    <w:abstractNumId w:val="7"/>
  </w:num>
  <w:num w:numId="6" w16cid:durableId="422066081">
    <w:abstractNumId w:val="3"/>
  </w:num>
  <w:num w:numId="7" w16cid:durableId="577979199">
    <w:abstractNumId w:val="2"/>
  </w:num>
  <w:num w:numId="8" w16cid:durableId="655886391">
    <w:abstractNumId w:val="1"/>
  </w:num>
  <w:num w:numId="9" w16cid:durableId="197756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D9A"/>
    <w:rsid w:val="0015074B"/>
    <w:rsid w:val="0029639D"/>
    <w:rsid w:val="00326F90"/>
    <w:rsid w:val="00403216"/>
    <w:rsid w:val="004632FE"/>
    <w:rsid w:val="00512C26"/>
    <w:rsid w:val="006B5BB9"/>
    <w:rsid w:val="0087431B"/>
    <w:rsid w:val="00875A3B"/>
    <w:rsid w:val="008C1070"/>
    <w:rsid w:val="008D6C93"/>
    <w:rsid w:val="00930965"/>
    <w:rsid w:val="00A01E37"/>
    <w:rsid w:val="00A22298"/>
    <w:rsid w:val="00AA1D8D"/>
    <w:rsid w:val="00AE41B6"/>
    <w:rsid w:val="00B47730"/>
    <w:rsid w:val="00B72BC0"/>
    <w:rsid w:val="00BD31DE"/>
    <w:rsid w:val="00C40FB2"/>
    <w:rsid w:val="00CB0664"/>
    <w:rsid w:val="00CC758E"/>
    <w:rsid w:val="00DD6E46"/>
    <w:rsid w:val="00E00392"/>
    <w:rsid w:val="00FC693F"/>
    <w:rsid w:val="00FE3D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4BD20BD"/>
  <w14:defaultImageDpi w14:val="300"/>
  <w15:docId w15:val="{F96D7C46-22CD-40D4-908F-4F271085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2" w:lineRule="auto"/>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AE41B6"/>
    <w:rPr>
      <w:color w:val="0000FF" w:themeColor="hyperlink"/>
      <w:u w:val="single"/>
    </w:rPr>
  </w:style>
  <w:style w:type="character" w:styleId="aff0">
    <w:name w:val="Unresolved Mention"/>
    <w:basedOn w:val="a2"/>
    <w:uiPriority w:val="99"/>
    <w:semiHidden/>
    <w:unhideWhenUsed/>
    <w:rsid w:val="00AE4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87069">
      <w:bodyDiv w:val="1"/>
      <w:marLeft w:val="0"/>
      <w:marRight w:val="0"/>
      <w:marTop w:val="0"/>
      <w:marBottom w:val="0"/>
      <w:divBdr>
        <w:top w:val="none" w:sz="0" w:space="0" w:color="auto"/>
        <w:left w:val="none" w:sz="0" w:space="0" w:color="auto"/>
        <w:bottom w:val="none" w:sz="0" w:space="0" w:color="auto"/>
        <w:right w:val="none" w:sz="0" w:space="0" w:color="auto"/>
      </w:divBdr>
      <w:divsChild>
        <w:div w:id="528108588">
          <w:marLeft w:val="0"/>
          <w:marRight w:val="0"/>
          <w:marTop w:val="0"/>
          <w:marBottom w:val="0"/>
          <w:divBdr>
            <w:top w:val="none" w:sz="0" w:space="0" w:color="auto"/>
            <w:left w:val="none" w:sz="0" w:space="0" w:color="auto"/>
            <w:bottom w:val="none" w:sz="0" w:space="0" w:color="auto"/>
            <w:right w:val="none" w:sz="0" w:space="0" w:color="auto"/>
          </w:divBdr>
        </w:div>
        <w:div w:id="1590459464">
          <w:marLeft w:val="0"/>
          <w:marRight w:val="0"/>
          <w:marTop w:val="0"/>
          <w:marBottom w:val="0"/>
          <w:divBdr>
            <w:top w:val="none" w:sz="0" w:space="0" w:color="auto"/>
            <w:left w:val="none" w:sz="0" w:space="0" w:color="auto"/>
            <w:bottom w:val="none" w:sz="0" w:space="0" w:color="auto"/>
            <w:right w:val="none" w:sz="0" w:space="0" w:color="auto"/>
          </w:divBdr>
        </w:div>
        <w:div w:id="1977562640">
          <w:marLeft w:val="0"/>
          <w:marRight w:val="0"/>
          <w:marTop w:val="0"/>
          <w:marBottom w:val="0"/>
          <w:divBdr>
            <w:top w:val="none" w:sz="0" w:space="0" w:color="auto"/>
            <w:left w:val="none" w:sz="0" w:space="0" w:color="auto"/>
            <w:bottom w:val="none" w:sz="0" w:space="0" w:color="auto"/>
            <w:right w:val="none" w:sz="0" w:space="0" w:color="auto"/>
          </w:divBdr>
        </w:div>
        <w:div w:id="620846837">
          <w:marLeft w:val="0"/>
          <w:marRight w:val="0"/>
          <w:marTop w:val="0"/>
          <w:marBottom w:val="0"/>
          <w:divBdr>
            <w:top w:val="none" w:sz="0" w:space="0" w:color="auto"/>
            <w:left w:val="none" w:sz="0" w:space="0" w:color="auto"/>
            <w:bottom w:val="none" w:sz="0" w:space="0" w:color="auto"/>
            <w:right w:val="none" w:sz="0" w:space="0" w:color="auto"/>
          </w:divBdr>
        </w:div>
        <w:div w:id="1913853648">
          <w:marLeft w:val="0"/>
          <w:marRight w:val="0"/>
          <w:marTop w:val="0"/>
          <w:marBottom w:val="0"/>
          <w:divBdr>
            <w:top w:val="none" w:sz="0" w:space="0" w:color="auto"/>
            <w:left w:val="none" w:sz="0" w:space="0" w:color="auto"/>
            <w:bottom w:val="none" w:sz="0" w:space="0" w:color="auto"/>
            <w:right w:val="none" w:sz="0" w:space="0" w:color="auto"/>
          </w:divBdr>
        </w:div>
        <w:div w:id="1024674941">
          <w:marLeft w:val="0"/>
          <w:marRight w:val="0"/>
          <w:marTop w:val="0"/>
          <w:marBottom w:val="0"/>
          <w:divBdr>
            <w:top w:val="none" w:sz="0" w:space="0" w:color="auto"/>
            <w:left w:val="none" w:sz="0" w:space="0" w:color="auto"/>
            <w:bottom w:val="none" w:sz="0" w:space="0" w:color="auto"/>
            <w:right w:val="none" w:sz="0" w:space="0" w:color="auto"/>
          </w:divBdr>
        </w:div>
        <w:div w:id="1691951725">
          <w:marLeft w:val="0"/>
          <w:marRight w:val="0"/>
          <w:marTop w:val="0"/>
          <w:marBottom w:val="0"/>
          <w:divBdr>
            <w:top w:val="none" w:sz="0" w:space="0" w:color="auto"/>
            <w:left w:val="none" w:sz="0" w:space="0" w:color="auto"/>
            <w:bottom w:val="none" w:sz="0" w:space="0" w:color="auto"/>
            <w:right w:val="none" w:sz="0" w:space="0" w:color="auto"/>
          </w:divBdr>
        </w:div>
        <w:div w:id="842163191">
          <w:marLeft w:val="0"/>
          <w:marRight w:val="0"/>
          <w:marTop w:val="0"/>
          <w:marBottom w:val="0"/>
          <w:divBdr>
            <w:top w:val="none" w:sz="0" w:space="0" w:color="auto"/>
            <w:left w:val="none" w:sz="0" w:space="0" w:color="auto"/>
            <w:bottom w:val="none" w:sz="0" w:space="0" w:color="auto"/>
            <w:right w:val="none" w:sz="0" w:space="0" w:color="auto"/>
          </w:divBdr>
        </w:div>
        <w:div w:id="603608696">
          <w:marLeft w:val="0"/>
          <w:marRight w:val="0"/>
          <w:marTop w:val="0"/>
          <w:marBottom w:val="0"/>
          <w:divBdr>
            <w:top w:val="none" w:sz="0" w:space="0" w:color="auto"/>
            <w:left w:val="none" w:sz="0" w:space="0" w:color="auto"/>
            <w:bottom w:val="none" w:sz="0" w:space="0" w:color="auto"/>
            <w:right w:val="none" w:sz="0" w:space="0" w:color="auto"/>
          </w:divBdr>
        </w:div>
        <w:div w:id="1409811664">
          <w:marLeft w:val="0"/>
          <w:marRight w:val="0"/>
          <w:marTop w:val="0"/>
          <w:marBottom w:val="0"/>
          <w:divBdr>
            <w:top w:val="none" w:sz="0" w:space="0" w:color="auto"/>
            <w:left w:val="none" w:sz="0" w:space="0" w:color="auto"/>
            <w:bottom w:val="none" w:sz="0" w:space="0" w:color="auto"/>
            <w:right w:val="none" w:sz="0" w:space="0" w:color="auto"/>
          </w:divBdr>
        </w:div>
        <w:div w:id="536817569">
          <w:marLeft w:val="0"/>
          <w:marRight w:val="0"/>
          <w:marTop w:val="0"/>
          <w:marBottom w:val="0"/>
          <w:divBdr>
            <w:top w:val="none" w:sz="0" w:space="0" w:color="auto"/>
            <w:left w:val="none" w:sz="0" w:space="0" w:color="auto"/>
            <w:bottom w:val="none" w:sz="0" w:space="0" w:color="auto"/>
            <w:right w:val="none" w:sz="0" w:space="0" w:color="auto"/>
          </w:divBdr>
        </w:div>
        <w:div w:id="1370951083">
          <w:marLeft w:val="0"/>
          <w:marRight w:val="0"/>
          <w:marTop w:val="0"/>
          <w:marBottom w:val="0"/>
          <w:divBdr>
            <w:top w:val="none" w:sz="0" w:space="0" w:color="auto"/>
            <w:left w:val="none" w:sz="0" w:space="0" w:color="auto"/>
            <w:bottom w:val="none" w:sz="0" w:space="0" w:color="auto"/>
            <w:right w:val="none" w:sz="0" w:space="0" w:color="auto"/>
          </w:divBdr>
        </w:div>
        <w:div w:id="1786655815">
          <w:marLeft w:val="0"/>
          <w:marRight w:val="0"/>
          <w:marTop w:val="0"/>
          <w:marBottom w:val="0"/>
          <w:divBdr>
            <w:top w:val="none" w:sz="0" w:space="0" w:color="auto"/>
            <w:left w:val="none" w:sz="0" w:space="0" w:color="auto"/>
            <w:bottom w:val="none" w:sz="0" w:space="0" w:color="auto"/>
            <w:right w:val="none" w:sz="0" w:space="0" w:color="auto"/>
          </w:divBdr>
        </w:div>
        <w:div w:id="246310356">
          <w:marLeft w:val="0"/>
          <w:marRight w:val="0"/>
          <w:marTop w:val="0"/>
          <w:marBottom w:val="0"/>
          <w:divBdr>
            <w:top w:val="none" w:sz="0" w:space="0" w:color="auto"/>
            <w:left w:val="none" w:sz="0" w:space="0" w:color="auto"/>
            <w:bottom w:val="none" w:sz="0" w:space="0" w:color="auto"/>
            <w:right w:val="none" w:sz="0" w:space="0" w:color="auto"/>
          </w:divBdr>
        </w:div>
        <w:div w:id="730689813">
          <w:marLeft w:val="0"/>
          <w:marRight w:val="0"/>
          <w:marTop w:val="0"/>
          <w:marBottom w:val="0"/>
          <w:divBdr>
            <w:top w:val="none" w:sz="0" w:space="0" w:color="auto"/>
            <w:left w:val="none" w:sz="0" w:space="0" w:color="auto"/>
            <w:bottom w:val="none" w:sz="0" w:space="0" w:color="auto"/>
            <w:right w:val="none" w:sz="0" w:space="0" w:color="auto"/>
          </w:divBdr>
        </w:div>
        <w:div w:id="1389038421">
          <w:marLeft w:val="0"/>
          <w:marRight w:val="0"/>
          <w:marTop w:val="0"/>
          <w:marBottom w:val="0"/>
          <w:divBdr>
            <w:top w:val="none" w:sz="0" w:space="0" w:color="auto"/>
            <w:left w:val="none" w:sz="0" w:space="0" w:color="auto"/>
            <w:bottom w:val="none" w:sz="0" w:space="0" w:color="auto"/>
            <w:right w:val="none" w:sz="0" w:space="0" w:color="auto"/>
          </w:divBdr>
        </w:div>
        <w:div w:id="912547112">
          <w:marLeft w:val="0"/>
          <w:marRight w:val="0"/>
          <w:marTop w:val="0"/>
          <w:marBottom w:val="0"/>
          <w:divBdr>
            <w:top w:val="none" w:sz="0" w:space="0" w:color="auto"/>
            <w:left w:val="none" w:sz="0" w:space="0" w:color="auto"/>
            <w:bottom w:val="none" w:sz="0" w:space="0" w:color="auto"/>
            <w:right w:val="none" w:sz="0" w:space="0" w:color="auto"/>
          </w:divBdr>
        </w:div>
        <w:div w:id="1646935189">
          <w:marLeft w:val="0"/>
          <w:marRight w:val="0"/>
          <w:marTop w:val="0"/>
          <w:marBottom w:val="0"/>
          <w:divBdr>
            <w:top w:val="none" w:sz="0" w:space="0" w:color="auto"/>
            <w:left w:val="none" w:sz="0" w:space="0" w:color="auto"/>
            <w:bottom w:val="none" w:sz="0" w:space="0" w:color="auto"/>
            <w:right w:val="none" w:sz="0" w:space="0" w:color="auto"/>
          </w:divBdr>
        </w:div>
        <w:div w:id="965548708">
          <w:marLeft w:val="0"/>
          <w:marRight w:val="0"/>
          <w:marTop w:val="0"/>
          <w:marBottom w:val="0"/>
          <w:divBdr>
            <w:top w:val="none" w:sz="0" w:space="0" w:color="auto"/>
            <w:left w:val="none" w:sz="0" w:space="0" w:color="auto"/>
            <w:bottom w:val="none" w:sz="0" w:space="0" w:color="auto"/>
            <w:right w:val="none" w:sz="0" w:space="0" w:color="auto"/>
          </w:divBdr>
        </w:div>
        <w:div w:id="300841851">
          <w:marLeft w:val="0"/>
          <w:marRight w:val="0"/>
          <w:marTop w:val="0"/>
          <w:marBottom w:val="0"/>
          <w:divBdr>
            <w:top w:val="none" w:sz="0" w:space="0" w:color="auto"/>
            <w:left w:val="none" w:sz="0" w:space="0" w:color="auto"/>
            <w:bottom w:val="none" w:sz="0" w:space="0" w:color="auto"/>
            <w:right w:val="none" w:sz="0" w:space="0" w:color="auto"/>
          </w:divBdr>
        </w:div>
        <w:div w:id="954867625">
          <w:marLeft w:val="0"/>
          <w:marRight w:val="0"/>
          <w:marTop w:val="0"/>
          <w:marBottom w:val="0"/>
          <w:divBdr>
            <w:top w:val="none" w:sz="0" w:space="0" w:color="auto"/>
            <w:left w:val="none" w:sz="0" w:space="0" w:color="auto"/>
            <w:bottom w:val="none" w:sz="0" w:space="0" w:color="auto"/>
            <w:right w:val="none" w:sz="0" w:space="0" w:color="auto"/>
          </w:divBdr>
        </w:div>
        <w:div w:id="572666022">
          <w:marLeft w:val="0"/>
          <w:marRight w:val="0"/>
          <w:marTop w:val="0"/>
          <w:marBottom w:val="0"/>
          <w:divBdr>
            <w:top w:val="none" w:sz="0" w:space="0" w:color="auto"/>
            <w:left w:val="none" w:sz="0" w:space="0" w:color="auto"/>
            <w:bottom w:val="none" w:sz="0" w:space="0" w:color="auto"/>
            <w:right w:val="none" w:sz="0" w:space="0" w:color="auto"/>
          </w:divBdr>
        </w:div>
        <w:div w:id="1835680079">
          <w:marLeft w:val="0"/>
          <w:marRight w:val="0"/>
          <w:marTop w:val="0"/>
          <w:marBottom w:val="0"/>
          <w:divBdr>
            <w:top w:val="none" w:sz="0" w:space="0" w:color="auto"/>
            <w:left w:val="none" w:sz="0" w:space="0" w:color="auto"/>
            <w:bottom w:val="none" w:sz="0" w:space="0" w:color="auto"/>
            <w:right w:val="none" w:sz="0" w:space="0" w:color="auto"/>
          </w:divBdr>
        </w:div>
        <w:div w:id="224950385">
          <w:marLeft w:val="0"/>
          <w:marRight w:val="0"/>
          <w:marTop w:val="0"/>
          <w:marBottom w:val="0"/>
          <w:divBdr>
            <w:top w:val="none" w:sz="0" w:space="0" w:color="auto"/>
            <w:left w:val="none" w:sz="0" w:space="0" w:color="auto"/>
            <w:bottom w:val="none" w:sz="0" w:space="0" w:color="auto"/>
            <w:right w:val="none" w:sz="0" w:space="0" w:color="auto"/>
          </w:divBdr>
        </w:div>
        <w:div w:id="699478881">
          <w:marLeft w:val="0"/>
          <w:marRight w:val="0"/>
          <w:marTop w:val="0"/>
          <w:marBottom w:val="0"/>
          <w:divBdr>
            <w:top w:val="none" w:sz="0" w:space="0" w:color="auto"/>
            <w:left w:val="none" w:sz="0" w:space="0" w:color="auto"/>
            <w:bottom w:val="none" w:sz="0" w:space="0" w:color="auto"/>
            <w:right w:val="none" w:sz="0" w:space="0" w:color="auto"/>
          </w:divBdr>
        </w:div>
        <w:div w:id="873267689">
          <w:marLeft w:val="0"/>
          <w:marRight w:val="0"/>
          <w:marTop w:val="0"/>
          <w:marBottom w:val="0"/>
          <w:divBdr>
            <w:top w:val="none" w:sz="0" w:space="0" w:color="auto"/>
            <w:left w:val="none" w:sz="0" w:space="0" w:color="auto"/>
            <w:bottom w:val="none" w:sz="0" w:space="0" w:color="auto"/>
            <w:right w:val="none" w:sz="0" w:space="0" w:color="auto"/>
          </w:divBdr>
        </w:div>
        <w:div w:id="1562058975">
          <w:marLeft w:val="0"/>
          <w:marRight w:val="0"/>
          <w:marTop w:val="0"/>
          <w:marBottom w:val="0"/>
          <w:divBdr>
            <w:top w:val="none" w:sz="0" w:space="0" w:color="auto"/>
            <w:left w:val="none" w:sz="0" w:space="0" w:color="auto"/>
            <w:bottom w:val="none" w:sz="0" w:space="0" w:color="auto"/>
            <w:right w:val="none" w:sz="0" w:space="0" w:color="auto"/>
          </w:divBdr>
        </w:div>
        <w:div w:id="273100852">
          <w:marLeft w:val="0"/>
          <w:marRight w:val="0"/>
          <w:marTop w:val="0"/>
          <w:marBottom w:val="0"/>
          <w:divBdr>
            <w:top w:val="none" w:sz="0" w:space="0" w:color="auto"/>
            <w:left w:val="none" w:sz="0" w:space="0" w:color="auto"/>
            <w:bottom w:val="none" w:sz="0" w:space="0" w:color="auto"/>
            <w:right w:val="none" w:sz="0" w:space="0" w:color="auto"/>
          </w:divBdr>
        </w:div>
        <w:div w:id="1112281218">
          <w:marLeft w:val="0"/>
          <w:marRight w:val="0"/>
          <w:marTop w:val="0"/>
          <w:marBottom w:val="0"/>
          <w:divBdr>
            <w:top w:val="none" w:sz="0" w:space="0" w:color="auto"/>
            <w:left w:val="none" w:sz="0" w:space="0" w:color="auto"/>
            <w:bottom w:val="none" w:sz="0" w:space="0" w:color="auto"/>
            <w:right w:val="none" w:sz="0" w:space="0" w:color="auto"/>
          </w:divBdr>
        </w:div>
        <w:div w:id="1600260838">
          <w:marLeft w:val="0"/>
          <w:marRight w:val="0"/>
          <w:marTop w:val="0"/>
          <w:marBottom w:val="0"/>
          <w:divBdr>
            <w:top w:val="none" w:sz="0" w:space="0" w:color="auto"/>
            <w:left w:val="none" w:sz="0" w:space="0" w:color="auto"/>
            <w:bottom w:val="none" w:sz="0" w:space="0" w:color="auto"/>
            <w:right w:val="none" w:sz="0" w:space="0" w:color="auto"/>
          </w:divBdr>
        </w:div>
        <w:div w:id="392894628">
          <w:marLeft w:val="0"/>
          <w:marRight w:val="0"/>
          <w:marTop w:val="0"/>
          <w:marBottom w:val="0"/>
          <w:divBdr>
            <w:top w:val="none" w:sz="0" w:space="0" w:color="auto"/>
            <w:left w:val="none" w:sz="0" w:space="0" w:color="auto"/>
            <w:bottom w:val="none" w:sz="0" w:space="0" w:color="auto"/>
            <w:right w:val="none" w:sz="0" w:space="0" w:color="auto"/>
          </w:divBdr>
        </w:div>
        <w:div w:id="1620603999">
          <w:marLeft w:val="0"/>
          <w:marRight w:val="0"/>
          <w:marTop w:val="0"/>
          <w:marBottom w:val="0"/>
          <w:divBdr>
            <w:top w:val="none" w:sz="0" w:space="0" w:color="auto"/>
            <w:left w:val="none" w:sz="0" w:space="0" w:color="auto"/>
            <w:bottom w:val="none" w:sz="0" w:space="0" w:color="auto"/>
            <w:right w:val="none" w:sz="0" w:space="0" w:color="auto"/>
          </w:divBdr>
        </w:div>
        <w:div w:id="261181758">
          <w:marLeft w:val="0"/>
          <w:marRight w:val="0"/>
          <w:marTop w:val="0"/>
          <w:marBottom w:val="0"/>
          <w:divBdr>
            <w:top w:val="none" w:sz="0" w:space="0" w:color="auto"/>
            <w:left w:val="none" w:sz="0" w:space="0" w:color="auto"/>
            <w:bottom w:val="none" w:sz="0" w:space="0" w:color="auto"/>
            <w:right w:val="none" w:sz="0" w:space="0" w:color="auto"/>
          </w:divBdr>
        </w:div>
        <w:div w:id="1165246315">
          <w:marLeft w:val="0"/>
          <w:marRight w:val="0"/>
          <w:marTop w:val="0"/>
          <w:marBottom w:val="0"/>
          <w:divBdr>
            <w:top w:val="none" w:sz="0" w:space="0" w:color="auto"/>
            <w:left w:val="none" w:sz="0" w:space="0" w:color="auto"/>
            <w:bottom w:val="none" w:sz="0" w:space="0" w:color="auto"/>
            <w:right w:val="none" w:sz="0" w:space="0" w:color="auto"/>
          </w:divBdr>
        </w:div>
        <w:div w:id="367992301">
          <w:marLeft w:val="0"/>
          <w:marRight w:val="0"/>
          <w:marTop w:val="0"/>
          <w:marBottom w:val="0"/>
          <w:divBdr>
            <w:top w:val="none" w:sz="0" w:space="0" w:color="auto"/>
            <w:left w:val="none" w:sz="0" w:space="0" w:color="auto"/>
            <w:bottom w:val="none" w:sz="0" w:space="0" w:color="auto"/>
            <w:right w:val="none" w:sz="0" w:space="0" w:color="auto"/>
          </w:divBdr>
        </w:div>
        <w:div w:id="654725232">
          <w:marLeft w:val="0"/>
          <w:marRight w:val="0"/>
          <w:marTop w:val="0"/>
          <w:marBottom w:val="0"/>
          <w:divBdr>
            <w:top w:val="none" w:sz="0" w:space="0" w:color="auto"/>
            <w:left w:val="none" w:sz="0" w:space="0" w:color="auto"/>
            <w:bottom w:val="none" w:sz="0" w:space="0" w:color="auto"/>
            <w:right w:val="none" w:sz="0" w:space="0" w:color="auto"/>
          </w:divBdr>
        </w:div>
        <w:div w:id="1906645468">
          <w:marLeft w:val="0"/>
          <w:marRight w:val="0"/>
          <w:marTop w:val="0"/>
          <w:marBottom w:val="0"/>
          <w:divBdr>
            <w:top w:val="none" w:sz="0" w:space="0" w:color="auto"/>
            <w:left w:val="none" w:sz="0" w:space="0" w:color="auto"/>
            <w:bottom w:val="none" w:sz="0" w:space="0" w:color="auto"/>
            <w:right w:val="none" w:sz="0" w:space="0" w:color="auto"/>
          </w:divBdr>
        </w:div>
        <w:div w:id="579171228">
          <w:marLeft w:val="0"/>
          <w:marRight w:val="0"/>
          <w:marTop w:val="0"/>
          <w:marBottom w:val="0"/>
          <w:divBdr>
            <w:top w:val="none" w:sz="0" w:space="0" w:color="auto"/>
            <w:left w:val="none" w:sz="0" w:space="0" w:color="auto"/>
            <w:bottom w:val="none" w:sz="0" w:space="0" w:color="auto"/>
            <w:right w:val="none" w:sz="0" w:space="0" w:color="auto"/>
          </w:divBdr>
        </w:div>
        <w:div w:id="1519418685">
          <w:marLeft w:val="0"/>
          <w:marRight w:val="0"/>
          <w:marTop w:val="0"/>
          <w:marBottom w:val="0"/>
          <w:divBdr>
            <w:top w:val="none" w:sz="0" w:space="0" w:color="auto"/>
            <w:left w:val="none" w:sz="0" w:space="0" w:color="auto"/>
            <w:bottom w:val="none" w:sz="0" w:space="0" w:color="auto"/>
            <w:right w:val="none" w:sz="0" w:space="0" w:color="auto"/>
          </w:divBdr>
        </w:div>
        <w:div w:id="1066881795">
          <w:marLeft w:val="0"/>
          <w:marRight w:val="0"/>
          <w:marTop w:val="0"/>
          <w:marBottom w:val="0"/>
          <w:divBdr>
            <w:top w:val="none" w:sz="0" w:space="0" w:color="auto"/>
            <w:left w:val="none" w:sz="0" w:space="0" w:color="auto"/>
            <w:bottom w:val="none" w:sz="0" w:space="0" w:color="auto"/>
            <w:right w:val="none" w:sz="0" w:space="0" w:color="auto"/>
          </w:divBdr>
        </w:div>
        <w:div w:id="1092433872">
          <w:marLeft w:val="0"/>
          <w:marRight w:val="0"/>
          <w:marTop w:val="0"/>
          <w:marBottom w:val="0"/>
          <w:divBdr>
            <w:top w:val="none" w:sz="0" w:space="0" w:color="auto"/>
            <w:left w:val="none" w:sz="0" w:space="0" w:color="auto"/>
            <w:bottom w:val="none" w:sz="0" w:space="0" w:color="auto"/>
            <w:right w:val="none" w:sz="0" w:space="0" w:color="auto"/>
          </w:divBdr>
        </w:div>
        <w:div w:id="1292133220">
          <w:marLeft w:val="0"/>
          <w:marRight w:val="0"/>
          <w:marTop w:val="0"/>
          <w:marBottom w:val="0"/>
          <w:divBdr>
            <w:top w:val="none" w:sz="0" w:space="0" w:color="auto"/>
            <w:left w:val="none" w:sz="0" w:space="0" w:color="auto"/>
            <w:bottom w:val="none" w:sz="0" w:space="0" w:color="auto"/>
            <w:right w:val="none" w:sz="0" w:space="0" w:color="auto"/>
          </w:divBdr>
        </w:div>
      </w:divsChild>
    </w:div>
    <w:div w:id="730545466">
      <w:bodyDiv w:val="1"/>
      <w:marLeft w:val="0"/>
      <w:marRight w:val="0"/>
      <w:marTop w:val="0"/>
      <w:marBottom w:val="0"/>
      <w:divBdr>
        <w:top w:val="none" w:sz="0" w:space="0" w:color="auto"/>
        <w:left w:val="none" w:sz="0" w:space="0" w:color="auto"/>
        <w:bottom w:val="none" w:sz="0" w:space="0" w:color="auto"/>
        <w:right w:val="none" w:sz="0" w:space="0" w:color="auto"/>
      </w:divBdr>
      <w:divsChild>
        <w:div w:id="1512641468">
          <w:marLeft w:val="0"/>
          <w:marRight w:val="0"/>
          <w:marTop w:val="0"/>
          <w:marBottom w:val="0"/>
          <w:divBdr>
            <w:top w:val="none" w:sz="0" w:space="0" w:color="auto"/>
            <w:left w:val="none" w:sz="0" w:space="0" w:color="auto"/>
            <w:bottom w:val="none" w:sz="0" w:space="0" w:color="auto"/>
            <w:right w:val="none" w:sz="0" w:space="0" w:color="auto"/>
          </w:divBdr>
        </w:div>
        <w:div w:id="772282136">
          <w:marLeft w:val="0"/>
          <w:marRight w:val="0"/>
          <w:marTop w:val="0"/>
          <w:marBottom w:val="0"/>
          <w:divBdr>
            <w:top w:val="none" w:sz="0" w:space="0" w:color="auto"/>
            <w:left w:val="none" w:sz="0" w:space="0" w:color="auto"/>
            <w:bottom w:val="none" w:sz="0" w:space="0" w:color="auto"/>
            <w:right w:val="none" w:sz="0" w:space="0" w:color="auto"/>
          </w:divBdr>
          <w:divsChild>
            <w:div w:id="583687786">
              <w:marLeft w:val="-75"/>
              <w:marRight w:val="0"/>
              <w:marTop w:val="30"/>
              <w:marBottom w:val="30"/>
              <w:divBdr>
                <w:top w:val="none" w:sz="0" w:space="0" w:color="auto"/>
                <w:left w:val="none" w:sz="0" w:space="0" w:color="auto"/>
                <w:bottom w:val="none" w:sz="0" w:space="0" w:color="auto"/>
                <w:right w:val="none" w:sz="0" w:space="0" w:color="auto"/>
              </w:divBdr>
              <w:divsChild>
                <w:div w:id="412630301">
                  <w:marLeft w:val="0"/>
                  <w:marRight w:val="0"/>
                  <w:marTop w:val="0"/>
                  <w:marBottom w:val="0"/>
                  <w:divBdr>
                    <w:top w:val="none" w:sz="0" w:space="0" w:color="auto"/>
                    <w:left w:val="none" w:sz="0" w:space="0" w:color="auto"/>
                    <w:bottom w:val="none" w:sz="0" w:space="0" w:color="auto"/>
                    <w:right w:val="none" w:sz="0" w:space="0" w:color="auto"/>
                  </w:divBdr>
                  <w:divsChild>
                    <w:div w:id="852039188">
                      <w:marLeft w:val="0"/>
                      <w:marRight w:val="0"/>
                      <w:marTop w:val="0"/>
                      <w:marBottom w:val="0"/>
                      <w:divBdr>
                        <w:top w:val="none" w:sz="0" w:space="0" w:color="auto"/>
                        <w:left w:val="none" w:sz="0" w:space="0" w:color="auto"/>
                        <w:bottom w:val="none" w:sz="0" w:space="0" w:color="auto"/>
                        <w:right w:val="none" w:sz="0" w:space="0" w:color="auto"/>
                      </w:divBdr>
                    </w:div>
                  </w:divsChild>
                </w:div>
                <w:div w:id="549996130">
                  <w:marLeft w:val="0"/>
                  <w:marRight w:val="0"/>
                  <w:marTop w:val="0"/>
                  <w:marBottom w:val="0"/>
                  <w:divBdr>
                    <w:top w:val="none" w:sz="0" w:space="0" w:color="auto"/>
                    <w:left w:val="none" w:sz="0" w:space="0" w:color="auto"/>
                    <w:bottom w:val="none" w:sz="0" w:space="0" w:color="auto"/>
                    <w:right w:val="none" w:sz="0" w:space="0" w:color="auto"/>
                  </w:divBdr>
                  <w:divsChild>
                    <w:div w:id="237982820">
                      <w:marLeft w:val="0"/>
                      <w:marRight w:val="0"/>
                      <w:marTop w:val="0"/>
                      <w:marBottom w:val="0"/>
                      <w:divBdr>
                        <w:top w:val="none" w:sz="0" w:space="0" w:color="auto"/>
                        <w:left w:val="none" w:sz="0" w:space="0" w:color="auto"/>
                        <w:bottom w:val="none" w:sz="0" w:space="0" w:color="auto"/>
                        <w:right w:val="none" w:sz="0" w:space="0" w:color="auto"/>
                      </w:divBdr>
                    </w:div>
                  </w:divsChild>
                </w:div>
                <w:div w:id="395594051">
                  <w:marLeft w:val="0"/>
                  <w:marRight w:val="0"/>
                  <w:marTop w:val="0"/>
                  <w:marBottom w:val="0"/>
                  <w:divBdr>
                    <w:top w:val="none" w:sz="0" w:space="0" w:color="auto"/>
                    <w:left w:val="none" w:sz="0" w:space="0" w:color="auto"/>
                    <w:bottom w:val="none" w:sz="0" w:space="0" w:color="auto"/>
                    <w:right w:val="none" w:sz="0" w:space="0" w:color="auto"/>
                  </w:divBdr>
                  <w:divsChild>
                    <w:div w:id="1173179942">
                      <w:marLeft w:val="0"/>
                      <w:marRight w:val="0"/>
                      <w:marTop w:val="0"/>
                      <w:marBottom w:val="0"/>
                      <w:divBdr>
                        <w:top w:val="none" w:sz="0" w:space="0" w:color="auto"/>
                        <w:left w:val="none" w:sz="0" w:space="0" w:color="auto"/>
                        <w:bottom w:val="none" w:sz="0" w:space="0" w:color="auto"/>
                        <w:right w:val="none" w:sz="0" w:space="0" w:color="auto"/>
                      </w:divBdr>
                    </w:div>
                  </w:divsChild>
                </w:div>
                <w:div w:id="1864975533">
                  <w:marLeft w:val="0"/>
                  <w:marRight w:val="0"/>
                  <w:marTop w:val="0"/>
                  <w:marBottom w:val="0"/>
                  <w:divBdr>
                    <w:top w:val="none" w:sz="0" w:space="0" w:color="auto"/>
                    <w:left w:val="none" w:sz="0" w:space="0" w:color="auto"/>
                    <w:bottom w:val="none" w:sz="0" w:space="0" w:color="auto"/>
                    <w:right w:val="none" w:sz="0" w:space="0" w:color="auto"/>
                  </w:divBdr>
                  <w:divsChild>
                    <w:div w:id="712266030">
                      <w:marLeft w:val="0"/>
                      <w:marRight w:val="0"/>
                      <w:marTop w:val="0"/>
                      <w:marBottom w:val="0"/>
                      <w:divBdr>
                        <w:top w:val="none" w:sz="0" w:space="0" w:color="auto"/>
                        <w:left w:val="none" w:sz="0" w:space="0" w:color="auto"/>
                        <w:bottom w:val="none" w:sz="0" w:space="0" w:color="auto"/>
                        <w:right w:val="none" w:sz="0" w:space="0" w:color="auto"/>
                      </w:divBdr>
                    </w:div>
                  </w:divsChild>
                </w:div>
                <w:div w:id="1823963581">
                  <w:marLeft w:val="0"/>
                  <w:marRight w:val="0"/>
                  <w:marTop w:val="0"/>
                  <w:marBottom w:val="0"/>
                  <w:divBdr>
                    <w:top w:val="none" w:sz="0" w:space="0" w:color="auto"/>
                    <w:left w:val="none" w:sz="0" w:space="0" w:color="auto"/>
                    <w:bottom w:val="none" w:sz="0" w:space="0" w:color="auto"/>
                    <w:right w:val="none" w:sz="0" w:space="0" w:color="auto"/>
                  </w:divBdr>
                  <w:divsChild>
                    <w:div w:id="1158887160">
                      <w:marLeft w:val="0"/>
                      <w:marRight w:val="0"/>
                      <w:marTop w:val="0"/>
                      <w:marBottom w:val="0"/>
                      <w:divBdr>
                        <w:top w:val="none" w:sz="0" w:space="0" w:color="auto"/>
                        <w:left w:val="none" w:sz="0" w:space="0" w:color="auto"/>
                        <w:bottom w:val="none" w:sz="0" w:space="0" w:color="auto"/>
                        <w:right w:val="none" w:sz="0" w:space="0" w:color="auto"/>
                      </w:divBdr>
                    </w:div>
                  </w:divsChild>
                </w:div>
                <w:div w:id="47340880">
                  <w:marLeft w:val="0"/>
                  <w:marRight w:val="0"/>
                  <w:marTop w:val="0"/>
                  <w:marBottom w:val="0"/>
                  <w:divBdr>
                    <w:top w:val="none" w:sz="0" w:space="0" w:color="auto"/>
                    <w:left w:val="none" w:sz="0" w:space="0" w:color="auto"/>
                    <w:bottom w:val="none" w:sz="0" w:space="0" w:color="auto"/>
                    <w:right w:val="none" w:sz="0" w:space="0" w:color="auto"/>
                  </w:divBdr>
                  <w:divsChild>
                    <w:div w:id="1968469561">
                      <w:marLeft w:val="0"/>
                      <w:marRight w:val="0"/>
                      <w:marTop w:val="0"/>
                      <w:marBottom w:val="0"/>
                      <w:divBdr>
                        <w:top w:val="none" w:sz="0" w:space="0" w:color="auto"/>
                        <w:left w:val="none" w:sz="0" w:space="0" w:color="auto"/>
                        <w:bottom w:val="none" w:sz="0" w:space="0" w:color="auto"/>
                        <w:right w:val="none" w:sz="0" w:space="0" w:color="auto"/>
                      </w:divBdr>
                    </w:div>
                  </w:divsChild>
                </w:div>
                <w:div w:id="981665344">
                  <w:marLeft w:val="0"/>
                  <w:marRight w:val="0"/>
                  <w:marTop w:val="0"/>
                  <w:marBottom w:val="0"/>
                  <w:divBdr>
                    <w:top w:val="none" w:sz="0" w:space="0" w:color="auto"/>
                    <w:left w:val="none" w:sz="0" w:space="0" w:color="auto"/>
                    <w:bottom w:val="none" w:sz="0" w:space="0" w:color="auto"/>
                    <w:right w:val="none" w:sz="0" w:space="0" w:color="auto"/>
                  </w:divBdr>
                  <w:divsChild>
                    <w:div w:id="2036812113">
                      <w:marLeft w:val="0"/>
                      <w:marRight w:val="0"/>
                      <w:marTop w:val="0"/>
                      <w:marBottom w:val="0"/>
                      <w:divBdr>
                        <w:top w:val="none" w:sz="0" w:space="0" w:color="auto"/>
                        <w:left w:val="none" w:sz="0" w:space="0" w:color="auto"/>
                        <w:bottom w:val="none" w:sz="0" w:space="0" w:color="auto"/>
                        <w:right w:val="none" w:sz="0" w:space="0" w:color="auto"/>
                      </w:divBdr>
                    </w:div>
                  </w:divsChild>
                </w:div>
                <w:div w:id="1162821009">
                  <w:marLeft w:val="0"/>
                  <w:marRight w:val="0"/>
                  <w:marTop w:val="0"/>
                  <w:marBottom w:val="0"/>
                  <w:divBdr>
                    <w:top w:val="none" w:sz="0" w:space="0" w:color="auto"/>
                    <w:left w:val="none" w:sz="0" w:space="0" w:color="auto"/>
                    <w:bottom w:val="none" w:sz="0" w:space="0" w:color="auto"/>
                    <w:right w:val="none" w:sz="0" w:space="0" w:color="auto"/>
                  </w:divBdr>
                  <w:divsChild>
                    <w:div w:id="1467771977">
                      <w:marLeft w:val="0"/>
                      <w:marRight w:val="0"/>
                      <w:marTop w:val="0"/>
                      <w:marBottom w:val="0"/>
                      <w:divBdr>
                        <w:top w:val="none" w:sz="0" w:space="0" w:color="auto"/>
                        <w:left w:val="none" w:sz="0" w:space="0" w:color="auto"/>
                        <w:bottom w:val="none" w:sz="0" w:space="0" w:color="auto"/>
                        <w:right w:val="none" w:sz="0" w:space="0" w:color="auto"/>
                      </w:divBdr>
                    </w:div>
                  </w:divsChild>
                </w:div>
                <w:div w:id="111942602">
                  <w:marLeft w:val="0"/>
                  <w:marRight w:val="0"/>
                  <w:marTop w:val="0"/>
                  <w:marBottom w:val="0"/>
                  <w:divBdr>
                    <w:top w:val="none" w:sz="0" w:space="0" w:color="auto"/>
                    <w:left w:val="none" w:sz="0" w:space="0" w:color="auto"/>
                    <w:bottom w:val="none" w:sz="0" w:space="0" w:color="auto"/>
                    <w:right w:val="none" w:sz="0" w:space="0" w:color="auto"/>
                  </w:divBdr>
                  <w:divsChild>
                    <w:div w:id="183441293">
                      <w:marLeft w:val="0"/>
                      <w:marRight w:val="0"/>
                      <w:marTop w:val="0"/>
                      <w:marBottom w:val="0"/>
                      <w:divBdr>
                        <w:top w:val="none" w:sz="0" w:space="0" w:color="auto"/>
                        <w:left w:val="none" w:sz="0" w:space="0" w:color="auto"/>
                        <w:bottom w:val="none" w:sz="0" w:space="0" w:color="auto"/>
                        <w:right w:val="none" w:sz="0" w:space="0" w:color="auto"/>
                      </w:divBdr>
                    </w:div>
                  </w:divsChild>
                </w:div>
                <w:div w:id="365838089">
                  <w:marLeft w:val="0"/>
                  <w:marRight w:val="0"/>
                  <w:marTop w:val="0"/>
                  <w:marBottom w:val="0"/>
                  <w:divBdr>
                    <w:top w:val="none" w:sz="0" w:space="0" w:color="auto"/>
                    <w:left w:val="none" w:sz="0" w:space="0" w:color="auto"/>
                    <w:bottom w:val="none" w:sz="0" w:space="0" w:color="auto"/>
                    <w:right w:val="none" w:sz="0" w:space="0" w:color="auto"/>
                  </w:divBdr>
                  <w:divsChild>
                    <w:div w:id="420378139">
                      <w:marLeft w:val="0"/>
                      <w:marRight w:val="0"/>
                      <w:marTop w:val="0"/>
                      <w:marBottom w:val="0"/>
                      <w:divBdr>
                        <w:top w:val="none" w:sz="0" w:space="0" w:color="auto"/>
                        <w:left w:val="none" w:sz="0" w:space="0" w:color="auto"/>
                        <w:bottom w:val="none" w:sz="0" w:space="0" w:color="auto"/>
                        <w:right w:val="none" w:sz="0" w:space="0" w:color="auto"/>
                      </w:divBdr>
                    </w:div>
                  </w:divsChild>
                </w:div>
                <w:div w:id="1807235938">
                  <w:marLeft w:val="0"/>
                  <w:marRight w:val="0"/>
                  <w:marTop w:val="0"/>
                  <w:marBottom w:val="0"/>
                  <w:divBdr>
                    <w:top w:val="none" w:sz="0" w:space="0" w:color="auto"/>
                    <w:left w:val="none" w:sz="0" w:space="0" w:color="auto"/>
                    <w:bottom w:val="none" w:sz="0" w:space="0" w:color="auto"/>
                    <w:right w:val="none" w:sz="0" w:space="0" w:color="auto"/>
                  </w:divBdr>
                  <w:divsChild>
                    <w:div w:id="1461025009">
                      <w:marLeft w:val="0"/>
                      <w:marRight w:val="0"/>
                      <w:marTop w:val="0"/>
                      <w:marBottom w:val="0"/>
                      <w:divBdr>
                        <w:top w:val="none" w:sz="0" w:space="0" w:color="auto"/>
                        <w:left w:val="none" w:sz="0" w:space="0" w:color="auto"/>
                        <w:bottom w:val="none" w:sz="0" w:space="0" w:color="auto"/>
                        <w:right w:val="none" w:sz="0" w:space="0" w:color="auto"/>
                      </w:divBdr>
                    </w:div>
                  </w:divsChild>
                </w:div>
                <w:div w:id="1459908059">
                  <w:marLeft w:val="0"/>
                  <w:marRight w:val="0"/>
                  <w:marTop w:val="0"/>
                  <w:marBottom w:val="0"/>
                  <w:divBdr>
                    <w:top w:val="none" w:sz="0" w:space="0" w:color="auto"/>
                    <w:left w:val="none" w:sz="0" w:space="0" w:color="auto"/>
                    <w:bottom w:val="none" w:sz="0" w:space="0" w:color="auto"/>
                    <w:right w:val="none" w:sz="0" w:space="0" w:color="auto"/>
                  </w:divBdr>
                  <w:divsChild>
                    <w:div w:id="669210532">
                      <w:marLeft w:val="0"/>
                      <w:marRight w:val="0"/>
                      <w:marTop w:val="0"/>
                      <w:marBottom w:val="0"/>
                      <w:divBdr>
                        <w:top w:val="none" w:sz="0" w:space="0" w:color="auto"/>
                        <w:left w:val="none" w:sz="0" w:space="0" w:color="auto"/>
                        <w:bottom w:val="none" w:sz="0" w:space="0" w:color="auto"/>
                        <w:right w:val="none" w:sz="0" w:space="0" w:color="auto"/>
                      </w:divBdr>
                    </w:div>
                  </w:divsChild>
                </w:div>
                <w:div w:id="1374043756">
                  <w:marLeft w:val="0"/>
                  <w:marRight w:val="0"/>
                  <w:marTop w:val="0"/>
                  <w:marBottom w:val="0"/>
                  <w:divBdr>
                    <w:top w:val="none" w:sz="0" w:space="0" w:color="auto"/>
                    <w:left w:val="none" w:sz="0" w:space="0" w:color="auto"/>
                    <w:bottom w:val="none" w:sz="0" w:space="0" w:color="auto"/>
                    <w:right w:val="none" w:sz="0" w:space="0" w:color="auto"/>
                  </w:divBdr>
                  <w:divsChild>
                    <w:div w:id="423187100">
                      <w:marLeft w:val="0"/>
                      <w:marRight w:val="0"/>
                      <w:marTop w:val="0"/>
                      <w:marBottom w:val="0"/>
                      <w:divBdr>
                        <w:top w:val="none" w:sz="0" w:space="0" w:color="auto"/>
                        <w:left w:val="none" w:sz="0" w:space="0" w:color="auto"/>
                        <w:bottom w:val="none" w:sz="0" w:space="0" w:color="auto"/>
                        <w:right w:val="none" w:sz="0" w:space="0" w:color="auto"/>
                      </w:divBdr>
                    </w:div>
                  </w:divsChild>
                </w:div>
                <w:div w:id="16347243">
                  <w:marLeft w:val="0"/>
                  <w:marRight w:val="0"/>
                  <w:marTop w:val="0"/>
                  <w:marBottom w:val="0"/>
                  <w:divBdr>
                    <w:top w:val="none" w:sz="0" w:space="0" w:color="auto"/>
                    <w:left w:val="none" w:sz="0" w:space="0" w:color="auto"/>
                    <w:bottom w:val="none" w:sz="0" w:space="0" w:color="auto"/>
                    <w:right w:val="none" w:sz="0" w:space="0" w:color="auto"/>
                  </w:divBdr>
                  <w:divsChild>
                    <w:div w:id="1336806844">
                      <w:marLeft w:val="0"/>
                      <w:marRight w:val="0"/>
                      <w:marTop w:val="0"/>
                      <w:marBottom w:val="0"/>
                      <w:divBdr>
                        <w:top w:val="none" w:sz="0" w:space="0" w:color="auto"/>
                        <w:left w:val="none" w:sz="0" w:space="0" w:color="auto"/>
                        <w:bottom w:val="none" w:sz="0" w:space="0" w:color="auto"/>
                        <w:right w:val="none" w:sz="0" w:space="0" w:color="auto"/>
                      </w:divBdr>
                    </w:div>
                  </w:divsChild>
                </w:div>
                <w:div w:id="1578057144">
                  <w:marLeft w:val="0"/>
                  <w:marRight w:val="0"/>
                  <w:marTop w:val="0"/>
                  <w:marBottom w:val="0"/>
                  <w:divBdr>
                    <w:top w:val="none" w:sz="0" w:space="0" w:color="auto"/>
                    <w:left w:val="none" w:sz="0" w:space="0" w:color="auto"/>
                    <w:bottom w:val="none" w:sz="0" w:space="0" w:color="auto"/>
                    <w:right w:val="none" w:sz="0" w:space="0" w:color="auto"/>
                  </w:divBdr>
                  <w:divsChild>
                    <w:div w:id="1959871258">
                      <w:marLeft w:val="0"/>
                      <w:marRight w:val="0"/>
                      <w:marTop w:val="0"/>
                      <w:marBottom w:val="0"/>
                      <w:divBdr>
                        <w:top w:val="none" w:sz="0" w:space="0" w:color="auto"/>
                        <w:left w:val="none" w:sz="0" w:space="0" w:color="auto"/>
                        <w:bottom w:val="none" w:sz="0" w:space="0" w:color="auto"/>
                        <w:right w:val="none" w:sz="0" w:space="0" w:color="auto"/>
                      </w:divBdr>
                    </w:div>
                  </w:divsChild>
                </w:div>
                <w:div w:id="2039625988">
                  <w:marLeft w:val="0"/>
                  <w:marRight w:val="0"/>
                  <w:marTop w:val="0"/>
                  <w:marBottom w:val="0"/>
                  <w:divBdr>
                    <w:top w:val="none" w:sz="0" w:space="0" w:color="auto"/>
                    <w:left w:val="none" w:sz="0" w:space="0" w:color="auto"/>
                    <w:bottom w:val="none" w:sz="0" w:space="0" w:color="auto"/>
                    <w:right w:val="none" w:sz="0" w:space="0" w:color="auto"/>
                  </w:divBdr>
                  <w:divsChild>
                    <w:div w:id="1416901382">
                      <w:marLeft w:val="0"/>
                      <w:marRight w:val="0"/>
                      <w:marTop w:val="0"/>
                      <w:marBottom w:val="0"/>
                      <w:divBdr>
                        <w:top w:val="none" w:sz="0" w:space="0" w:color="auto"/>
                        <w:left w:val="none" w:sz="0" w:space="0" w:color="auto"/>
                        <w:bottom w:val="none" w:sz="0" w:space="0" w:color="auto"/>
                        <w:right w:val="none" w:sz="0" w:space="0" w:color="auto"/>
                      </w:divBdr>
                    </w:div>
                  </w:divsChild>
                </w:div>
                <w:div w:id="2007633242">
                  <w:marLeft w:val="0"/>
                  <w:marRight w:val="0"/>
                  <w:marTop w:val="0"/>
                  <w:marBottom w:val="0"/>
                  <w:divBdr>
                    <w:top w:val="none" w:sz="0" w:space="0" w:color="auto"/>
                    <w:left w:val="none" w:sz="0" w:space="0" w:color="auto"/>
                    <w:bottom w:val="none" w:sz="0" w:space="0" w:color="auto"/>
                    <w:right w:val="none" w:sz="0" w:space="0" w:color="auto"/>
                  </w:divBdr>
                  <w:divsChild>
                    <w:div w:id="1954897139">
                      <w:marLeft w:val="0"/>
                      <w:marRight w:val="0"/>
                      <w:marTop w:val="0"/>
                      <w:marBottom w:val="0"/>
                      <w:divBdr>
                        <w:top w:val="none" w:sz="0" w:space="0" w:color="auto"/>
                        <w:left w:val="none" w:sz="0" w:space="0" w:color="auto"/>
                        <w:bottom w:val="none" w:sz="0" w:space="0" w:color="auto"/>
                        <w:right w:val="none" w:sz="0" w:space="0" w:color="auto"/>
                      </w:divBdr>
                    </w:div>
                  </w:divsChild>
                </w:div>
                <w:div w:id="388381571">
                  <w:marLeft w:val="0"/>
                  <w:marRight w:val="0"/>
                  <w:marTop w:val="0"/>
                  <w:marBottom w:val="0"/>
                  <w:divBdr>
                    <w:top w:val="none" w:sz="0" w:space="0" w:color="auto"/>
                    <w:left w:val="none" w:sz="0" w:space="0" w:color="auto"/>
                    <w:bottom w:val="none" w:sz="0" w:space="0" w:color="auto"/>
                    <w:right w:val="none" w:sz="0" w:space="0" w:color="auto"/>
                  </w:divBdr>
                  <w:divsChild>
                    <w:div w:id="1212809907">
                      <w:marLeft w:val="0"/>
                      <w:marRight w:val="0"/>
                      <w:marTop w:val="0"/>
                      <w:marBottom w:val="0"/>
                      <w:divBdr>
                        <w:top w:val="none" w:sz="0" w:space="0" w:color="auto"/>
                        <w:left w:val="none" w:sz="0" w:space="0" w:color="auto"/>
                        <w:bottom w:val="none" w:sz="0" w:space="0" w:color="auto"/>
                        <w:right w:val="none" w:sz="0" w:space="0" w:color="auto"/>
                      </w:divBdr>
                    </w:div>
                  </w:divsChild>
                </w:div>
                <w:div w:id="940836695">
                  <w:marLeft w:val="0"/>
                  <w:marRight w:val="0"/>
                  <w:marTop w:val="0"/>
                  <w:marBottom w:val="0"/>
                  <w:divBdr>
                    <w:top w:val="none" w:sz="0" w:space="0" w:color="auto"/>
                    <w:left w:val="none" w:sz="0" w:space="0" w:color="auto"/>
                    <w:bottom w:val="none" w:sz="0" w:space="0" w:color="auto"/>
                    <w:right w:val="none" w:sz="0" w:space="0" w:color="auto"/>
                  </w:divBdr>
                  <w:divsChild>
                    <w:div w:id="694965365">
                      <w:marLeft w:val="0"/>
                      <w:marRight w:val="0"/>
                      <w:marTop w:val="0"/>
                      <w:marBottom w:val="0"/>
                      <w:divBdr>
                        <w:top w:val="none" w:sz="0" w:space="0" w:color="auto"/>
                        <w:left w:val="none" w:sz="0" w:space="0" w:color="auto"/>
                        <w:bottom w:val="none" w:sz="0" w:space="0" w:color="auto"/>
                        <w:right w:val="none" w:sz="0" w:space="0" w:color="auto"/>
                      </w:divBdr>
                    </w:div>
                  </w:divsChild>
                </w:div>
                <w:div w:id="479886705">
                  <w:marLeft w:val="0"/>
                  <w:marRight w:val="0"/>
                  <w:marTop w:val="0"/>
                  <w:marBottom w:val="0"/>
                  <w:divBdr>
                    <w:top w:val="none" w:sz="0" w:space="0" w:color="auto"/>
                    <w:left w:val="none" w:sz="0" w:space="0" w:color="auto"/>
                    <w:bottom w:val="none" w:sz="0" w:space="0" w:color="auto"/>
                    <w:right w:val="none" w:sz="0" w:space="0" w:color="auto"/>
                  </w:divBdr>
                  <w:divsChild>
                    <w:div w:id="530386052">
                      <w:marLeft w:val="0"/>
                      <w:marRight w:val="0"/>
                      <w:marTop w:val="0"/>
                      <w:marBottom w:val="0"/>
                      <w:divBdr>
                        <w:top w:val="none" w:sz="0" w:space="0" w:color="auto"/>
                        <w:left w:val="none" w:sz="0" w:space="0" w:color="auto"/>
                        <w:bottom w:val="none" w:sz="0" w:space="0" w:color="auto"/>
                        <w:right w:val="none" w:sz="0" w:space="0" w:color="auto"/>
                      </w:divBdr>
                    </w:div>
                    <w:div w:id="49499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21380">
          <w:marLeft w:val="0"/>
          <w:marRight w:val="0"/>
          <w:marTop w:val="0"/>
          <w:marBottom w:val="0"/>
          <w:divBdr>
            <w:top w:val="none" w:sz="0" w:space="0" w:color="auto"/>
            <w:left w:val="none" w:sz="0" w:space="0" w:color="auto"/>
            <w:bottom w:val="none" w:sz="0" w:space="0" w:color="auto"/>
            <w:right w:val="none" w:sz="0" w:space="0" w:color="auto"/>
          </w:divBdr>
        </w:div>
      </w:divsChild>
    </w:div>
    <w:div w:id="742534802">
      <w:bodyDiv w:val="1"/>
      <w:marLeft w:val="0"/>
      <w:marRight w:val="0"/>
      <w:marTop w:val="0"/>
      <w:marBottom w:val="0"/>
      <w:divBdr>
        <w:top w:val="none" w:sz="0" w:space="0" w:color="auto"/>
        <w:left w:val="none" w:sz="0" w:space="0" w:color="auto"/>
        <w:bottom w:val="none" w:sz="0" w:space="0" w:color="auto"/>
        <w:right w:val="none" w:sz="0" w:space="0" w:color="auto"/>
      </w:divBdr>
      <w:divsChild>
        <w:div w:id="510729279">
          <w:marLeft w:val="0"/>
          <w:marRight w:val="0"/>
          <w:marTop w:val="0"/>
          <w:marBottom w:val="0"/>
          <w:divBdr>
            <w:top w:val="none" w:sz="0" w:space="0" w:color="auto"/>
            <w:left w:val="none" w:sz="0" w:space="0" w:color="auto"/>
            <w:bottom w:val="none" w:sz="0" w:space="0" w:color="auto"/>
            <w:right w:val="none" w:sz="0" w:space="0" w:color="auto"/>
          </w:divBdr>
        </w:div>
        <w:div w:id="195119616">
          <w:marLeft w:val="0"/>
          <w:marRight w:val="0"/>
          <w:marTop w:val="0"/>
          <w:marBottom w:val="0"/>
          <w:divBdr>
            <w:top w:val="none" w:sz="0" w:space="0" w:color="auto"/>
            <w:left w:val="none" w:sz="0" w:space="0" w:color="auto"/>
            <w:bottom w:val="none" w:sz="0" w:space="0" w:color="auto"/>
            <w:right w:val="none" w:sz="0" w:space="0" w:color="auto"/>
          </w:divBdr>
          <w:divsChild>
            <w:div w:id="2109038262">
              <w:marLeft w:val="-75"/>
              <w:marRight w:val="0"/>
              <w:marTop w:val="30"/>
              <w:marBottom w:val="30"/>
              <w:divBdr>
                <w:top w:val="none" w:sz="0" w:space="0" w:color="auto"/>
                <w:left w:val="none" w:sz="0" w:space="0" w:color="auto"/>
                <w:bottom w:val="none" w:sz="0" w:space="0" w:color="auto"/>
                <w:right w:val="none" w:sz="0" w:space="0" w:color="auto"/>
              </w:divBdr>
              <w:divsChild>
                <w:div w:id="2100590826">
                  <w:marLeft w:val="0"/>
                  <w:marRight w:val="0"/>
                  <w:marTop w:val="0"/>
                  <w:marBottom w:val="0"/>
                  <w:divBdr>
                    <w:top w:val="none" w:sz="0" w:space="0" w:color="auto"/>
                    <w:left w:val="none" w:sz="0" w:space="0" w:color="auto"/>
                    <w:bottom w:val="none" w:sz="0" w:space="0" w:color="auto"/>
                    <w:right w:val="none" w:sz="0" w:space="0" w:color="auto"/>
                  </w:divBdr>
                  <w:divsChild>
                    <w:div w:id="973486938">
                      <w:marLeft w:val="0"/>
                      <w:marRight w:val="0"/>
                      <w:marTop w:val="0"/>
                      <w:marBottom w:val="0"/>
                      <w:divBdr>
                        <w:top w:val="none" w:sz="0" w:space="0" w:color="auto"/>
                        <w:left w:val="none" w:sz="0" w:space="0" w:color="auto"/>
                        <w:bottom w:val="none" w:sz="0" w:space="0" w:color="auto"/>
                        <w:right w:val="none" w:sz="0" w:space="0" w:color="auto"/>
                      </w:divBdr>
                    </w:div>
                  </w:divsChild>
                </w:div>
                <w:div w:id="467091491">
                  <w:marLeft w:val="0"/>
                  <w:marRight w:val="0"/>
                  <w:marTop w:val="0"/>
                  <w:marBottom w:val="0"/>
                  <w:divBdr>
                    <w:top w:val="none" w:sz="0" w:space="0" w:color="auto"/>
                    <w:left w:val="none" w:sz="0" w:space="0" w:color="auto"/>
                    <w:bottom w:val="none" w:sz="0" w:space="0" w:color="auto"/>
                    <w:right w:val="none" w:sz="0" w:space="0" w:color="auto"/>
                  </w:divBdr>
                  <w:divsChild>
                    <w:div w:id="1596130819">
                      <w:marLeft w:val="0"/>
                      <w:marRight w:val="0"/>
                      <w:marTop w:val="0"/>
                      <w:marBottom w:val="0"/>
                      <w:divBdr>
                        <w:top w:val="none" w:sz="0" w:space="0" w:color="auto"/>
                        <w:left w:val="none" w:sz="0" w:space="0" w:color="auto"/>
                        <w:bottom w:val="none" w:sz="0" w:space="0" w:color="auto"/>
                        <w:right w:val="none" w:sz="0" w:space="0" w:color="auto"/>
                      </w:divBdr>
                    </w:div>
                  </w:divsChild>
                </w:div>
                <w:div w:id="657222971">
                  <w:marLeft w:val="0"/>
                  <w:marRight w:val="0"/>
                  <w:marTop w:val="0"/>
                  <w:marBottom w:val="0"/>
                  <w:divBdr>
                    <w:top w:val="none" w:sz="0" w:space="0" w:color="auto"/>
                    <w:left w:val="none" w:sz="0" w:space="0" w:color="auto"/>
                    <w:bottom w:val="none" w:sz="0" w:space="0" w:color="auto"/>
                    <w:right w:val="none" w:sz="0" w:space="0" w:color="auto"/>
                  </w:divBdr>
                  <w:divsChild>
                    <w:div w:id="203370000">
                      <w:marLeft w:val="0"/>
                      <w:marRight w:val="0"/>
                      <w:marTop w:val="0"/>
                      <w:marBottom w:val="0"/>
                      <w:divBdr>
                        <w:top w:val="none" w:sz="0" w:space="0" w:color="auto"/>
                        <w:left w:val="none" w:sz="0" w:space="0" w:color="auto"/>
                        <w:bottom w:val="none" w:sz="0" w:space="0" w:color="auto"/>
                        <w:right w:val="none" w:sz="0" w:space="0" w:color="auto"/>
                      </w:divBdr>
                    </w:div>
                  </w:divsChild>
                </w:div>
                <w:div w:id="4867723">
                  <w:marLeft w:val="0"/>
                  <w:marRight w:val="0"/>
                  <w:marTop w:val="0"/>
                  <w:marBottom w:val="0"/>
                  <w:divBdr>
                    <w:top w:val="none" w:sz="0" w:space="0" w:color="auto"/>
                    <w:left w:val="none" w:sz="0" w:space="0" w:color="auto"/>
                    <w:bottom w:val="none" w:sz="0" w:space="0" w:color="auto"/>
                    <w:right w:val="none" w:sz="0" w:space="0" w:color="auto"/>
                  </w:divBdr>
                  <w:divsChild>
                    <w:div w:id="113791762">
                      <w:marLeft w:val="0"/>
                      <w:marRight w:val="0"/>
                      <w:marTop w:val="0"/>
                      <w:marBottom w:val="0"/>
                      <w:divBdr>
                        <w:top w:val="none" w:sz="0" w:space="0" w:color="auto"/>
                        <w:left w:val="none" w:sz="0" w:space="0" w:color="auto"/>
                        <w:bottom w:val="none" w:sz="0" w:space="0" w:color="auto"/>
                        <w:right w:val="none" w:sz="0" w:space="0" w:color="auto"/>
                      </w:divBdr>
                    </w:div>
                  </w:divsChild>
                </w:div>
                <w:div w:id="1899432692">
                  <w:marLeft w:val="0"/>
                  <w:marRight w:val="0"/>
                  <w:marTop w:val="0"/>
                  <w:marBottom w:val="0"/>
                  <w:divBdr>
                    <w:top w:val="none" w:sz="0" w:space="0" w:color="auto"/>
                    <w:left w:val="none" w:sz="0" w:space="0" w:color="auto"/>
                    <w:bottom w:val="none" w:sz="0" w:space="0" w:color="auto"/>
                    <w:right w:val="none" w:sz="0" w:space="0" w:color="auto"/>
                  </w:divBdr>
                  <w:divsChild>
                    <w:div w:id="1861972092">
                      <w:marLeft w:val="0"/>
                      <w:marRight w:val="0"/>
                      <w:marTop w:val="0"/>
                      <w:marBottom w:val="0"/>
                      <w:divBdr>
                        <w:top w:val="none" w:sz="0" w:space="0" w:color="auto"/>
                        <w:left w:val="none" w:sz="0" w:space="0" w:color="auto"/>
                        <w:bottom w:val="none" w:sz="0" w:space="0" w:color="auto"/>
                        <w:right w:val="none" w:sz="0" w:space="0" w:color="auto"/>
                      </w:divBdr>
                    </w:div>
                  </w:divsChild>
                </w:div>
                <w:div w:id="2092461805">
                  <w:marLeft w:val="0"/>
                  <w:marRight w:val="0"/>
                  <w:marTop w:val="0"/>
                  <w:marBottom w:val="0"/>
                  <w:divBdr>
                    <w:top w:val="none" w:sz="0" w:space="0" w:color="auto"/>
                    <w:left w:val="none" w:sz="0" w:space="0" w:color="auto"/>
                    <w:bottom w:val="none" w:sz="0" w:space="0" w:color="auto"/>
                    <w:right w:val="none" w:sz="0" w:space="0" w:color="auto"/>
                  </w:divBdr>
                  <w:divsChild>
                    <w:div w:id="750351918">
                      <w:marLeft w:val="0"/>
                      <w:marRight w:val="0"/>
                      <w:marTop w:val="0"/>
                      <w:marBottom w:val="0"/>
                      <w:divBdr>
                        <w:top w:val="none" w:sz="0" w:space="0" w:color="auto"/>
                        <w:left w:val="none" w:sz="0" w:space="0" w:color="auto"/>
                        <w:bottom w:val="none" w:sz="0" w:space="0" w:color="auto"/>
                        <w:right w:val="none" w:sz="0" w:space="0" w:color="auto"/>
                      </w:divBdr>
                    </w:div>
                  </w:divsChild>
                </w:div>
                <w:div w:id="316035806">
                  <w:marLeft w:val="0"/>
                  <w:marRight w:val="0"/>
                  <w:marTop w:val="0"/>
                  <w:marBottom w:val="0"/>
                  <w:divBdr>
                    <w:top w:val="none" w:sz="0" w:space="0" w:color="auto"/>
                    <w:left w:val="none" w:sz="0" w:space="0" w:color="auto"/>
                    <w:bottom w:val="none" w:sz="0" w:space="0" w:color="auto"/>
                    <w:right w:val="none" w:sz="0" w:space="0" w:color="auto"/>
                  </w:divBdr>
                  <w:divsChild>
                    <w:div w:id="331876016">
                      <w:marLeft w:val="0"/>
                      <w:marRight w:val="0"/>
                      <w:marTop w:val="0"/>
                      <w:marBottom w:val="0"/>
                      <w:divBdr>
                        <w:top w:val="none" w:sz="0" w:space="0" w:color="auto"/>
                        <w:left w:val="none" w:sz="0" w:space="0" w:color="auto"/>
                        <w:bottom w:val="none" w:sz="0" w:space="0" w:color="auto"/>
                        <w:right w:val="none" w:sz="0" w:space="0" w:color="auto"/>
                      </w:divBdr>
                    </w:div>
                  </w:divsChild>
                </w:div>
                <w:div w:id="126432793">
                  <w:marLeft w:val="0"/>
                  <w:marRight w:val="0"/>
                  <w:marTop w:val="0"/>
                  <w:marBottom w:val="0"/>
                  <w:divBdr>
                    <w:top w:val="none" w:sz="0" w:space="0" w:color="auto"/>
                    <w:left w:val="none" w:sz="0" w:space="0" w:color="auto"/>
                    <w:bottom w:val="none" w:sz="0" w:space="0" w:color="auto"/>
                    <w:right w:val="none" w:sz="0" w:space="0" w:color="auto"/>
                  </w:divBdr>
                  <w:divsChild>
                    <w:div w:id="599336019">
                      <w:marLeft w:val="0"/>
                      <w:marRight w:val="0"/>
                      <w:marTop w:val="0"/>
                      <w:marBottom w:val="0"/>
                      <w:divBdr>
                        <w:top w:val="none" w:sz="0" w:space="0" w:color="auto"/>
                        <w:left w:val="none" w:sz="0" w:space="0" w:color="auto"/>
                        <w:bottom w:val="none" w:sz="0" w:space="0" w:color="auto"/>
                        <w:right w:val="none" w:sz="0" w:space="0" w:color="auto"/>
                      </w:divBdr>
                    </w:div>
                  </w:divsChild>
                </w:div>
                <w:div w:id="1572497493">
                  <w:marLeft w:val="0"/>
                  <w:marRight w:val="0"/>
                  <w:marTop w:val="0"/>
                  <w:marBottom w:val="0"/>
                  <w:divBdr>
                    <w:top w:val="none" w:sz="0" w:space="0" w:color="auto"/>
                    <w:left w:val="none" w:sz="0" w:space="0" w:color="auto"/>
                    <w:bottom w:val="none" w:sz="0" w:space="0" w:color="auto"/>
                    <w:right w:val="none" w:sz="0" w:space="0" w:color="auto"/>
                  </w:divBdr>
                  <w:divsChild>
                    <w:div w:id="1964651996">
                      <w:marLeft w:val="0"/>
                      <w:marRight w:val="0"/>
                      <w:marTop w:val="0"/>
                      <w:marBottom w:val="0"/>
                      <w:divBdr>
                        <w:top w:val="none" w:sz="0" w:space="0" w:color="auto"/>
                        <w:left w:val="none" w:sz="0" w:space="0" w:color="auto"/>
                        <w:bottom w:val="none" w:sz="0" w:space="0" w:color="auto"/>
                        <w:right w:val="none" w:sz="0" w:space="0" w:color="auto"/>
                      </w:divBdr>
                    </w:div>
                  </w:divsChild>
                </w:div>
                <w:div w:id="1789665120">
                  <w:marLeft w:val="0"/>
                  <w:marRight w:val="0"/>
                  <w:marTop w:val="0"/>
                  <w:marBottom w:val="0"/>
                  <w:divBdr>
                    <w:top w:val="none" w:sz="0" w:space="0" w:color="auto"/>
                    <w:left w:val="none" w:sz="0" w:space="0" w:color="auto"/>
                    <w:bottom w:val="none" w:sz="0" w:space="0" w:color="auto"/>
                    <w:right w:val="none" w:sz="0" w:space="0" w:color="auto"/>
                  </w:divBdr>
                  <w:divsChild>
                    <w:div w:id="793641116">
                      <w:marLeft w:val="0"/>
                      <w:marRight w:val="0"/>
                      <w:marTop w:val="0"/>
                      <w:marBottom w:val="0"/>
                      <w:divBdr>
                        <w:top w:val="none" w:sz="0" w:space="0" w:color="auto"/>
                        <w:left w:val="none" w:sz="0" w:space="0" w:color="auto"/>
                        <w:bottom w:val="none" w:sz="0" w:space="0" w:color="auto"/>
                        <w:right w:val="none" w:sz="0" w:space="0" w:color="auto"/>
                      </w:divBdr>
                    </w:div>
                  </w:divsChild>
                </w:div>
                <w:div w:id="1713338421">
                  <w:marLeft w:val="0"/>
                  <w:marRight w:val="0"/>
                  <w:marTop w:val="0"/>
                  <w:marBottom w:val="0"/>
                  <w:divBdr>
                    <w:top w:val="none" w:sz="0" w:space="0" w:color="auto"/>
                    <w:left w:val="none" w:sz="0" w:space="0" w:color="auto"/>
                    <w:bottom w:val="none" w:sz="0" w:space="0" w:color="auto"/>
                    <w:right w:val="none" w:sz="0" w:space="0" w:color="auto"/>
                  </w:divBdr>
                  <w:divsChild>
                    <w:div w:id="857698998">
                      <w:marLeft w:val="0"/>
                      <w:marRight w:val="0"/>
                      <w:marTop w:val="0"/>
                      <w:marBottom w:val="0"/>
                      <w:divBdr>
                        <w:top w:val="none" w:sz="0" w:space="0" w:color="auto"/>
                        <w:left w:val="none" w:sz="0" w:space="0" w:color="auto"/>
                        <w:bottom w:val="none" w:sz="0" w:space="0" w:color="auto"/>
                        <w:right w:val="none" w:sz="0" w:space="0" w:color="auto"/>
                      </w:divBdr>
                    </w:div>
                  </w:divsChild>
                </w:div>
                <w:div w:id="1553148965">
                  <w:marLeft w:val="0"/>
                  <w:marRight w:val="0"/>
                  <w:marTop w:val="0"/>
                  <w:marBottom w:val="0"/>
                  <w:divBdr>
                    <w:top w:val="none" w:sz="0" w:space="0" w:color="auto"/>
                    <w:left w:val="none" w:sz="0" w:space="0" w:color="auto"/>
                    <w:bottom w:val="none" w:sz="0" w:space="0" w:color="auto"/>
                    <w:right w:val="none" w:sz="0" w:space="0" w:color="auto"/>
                  </w:divBdr>
                  <w:divsChild>
                    <w:div w:id="921790670">
                      <w:marLeft w:val="0"/>
                      <w:marRight w:val="0"/>
                      <w:marTop w:val="0"/>
                      <w:marBottom w:val="0"/>
                      <w:divBdr>
                        <w:top w:val="none" w:sz="0" w:space="0" w:color="auto"/>
                        <w:left w:val="none" w:sz="0" w:space="0" w:color="auto"/>
                        <w:bottom w:val="none" w:sz="0" w:space="0" w:color="auto"/>
                        <w:right w:val="none" w:sz="0" w:space="0" w:color="auto"/>
                      </w:divBdr>
                    </w:div>
                  </w:divsChild>
                </w:div>
                <w:div w:id="1041978034">
                  <w:marLeft w:val="0"/>
                  <w:marRight w:val="0"/>
                  <w:marTop w:val="0"/>
                  <w:marBottom w:val="0"/>
                  <w:divBdr>
                    <w:top w:val="none" w:sz="0" w:space="0" w:color="auto"/>
                    <w:left w:val="none" w:sz="0" w:space="0" w:color="auto"/>
                    <w:bottom w:val="none" w:sz="0" w:space="0" w:color="auto"/>
                    <w:right w:val="none" w:sz="0" w:space="0" w:color="auto"/>
                  </w:divBdr>
                  <w:divsChild>
                    <w:div w:id="193886418">
                      <w:marLeft w:val="0"/>
                      <w:marRight w:val="0"/>
                      <w:marTop w:val="0"/>
                      <w:marBottom w:val="0"/>
                      <w:divBdr>
                        <w:top w:val="none" w:sz="0" w:space="0" w:color="auto"/>
                        <w:left w:val="none" w:sz="0" w:space="0" w:color="auto"/>
                        <w:bottom w:val="none" w:sz="0" w:space="0" w:color="auto"/>
                        <w:right w:val="none" w:sz="0" w:space="0" w:color="auto"/>
                      </w:divBdr>
                    </w:div>
                  </w:divsChild>
                </w:div>
                <w:div w:id="1764376715">
                  <w:marLeft w:val="0"/>
                  <w:marRight w:val="0"/>
                  <w:marTop w:val="0"/>
                  <w:marBottom w:val="0"/>
                  <w:divBdr>
                    <w:top w:val="none" w:sz="0" w:space="0" w:color="auto"/>
                    <w:left w:val="none" w:sz="0" w:space="0" w:color="auto"/>
                    <w:bottom w:val="none" w:sz="0" w:space="0" w:color="auto"/>
                    <w:right w:val="none" w:sz="0" w:space="0" w:color="auto"/>
                  </w:divBdr>
                  <w:divsChild>
                    <w:div w:id="203713136">
                      <w:marLeft w:val="0"/>
                      <w:marRight w:val="0"/>
                      <w:marTop w:val="0"/>
                      <w:marBottom w:val="0"/>
                      <w:divBdr>
                        <w:top w:val="none" w:sz="0" w:space="0" w:color="auto"/>
                        <w:left w:val="none" w:sz="0" w:space="0" w:color="auto"/>
                        <w:bottom w:val="none" w:sz="0" w:space="0" w:color="auto"/>
                        <w:right w:val="none" w:sz="0" w:space="0" w:color="auto"/>
                      </w:divBdr>
                    </w:div>
                  </w:divsChild>
                </w:div>
                <w:div w:id="1564415556">
                  <w:marLeft w:val="0"/>
                  <w:marRight w:val="0"/>
                  <w:marTop w:val="0"/>
                  <w:marBottom w:val="0"/>
                  <w:divBdr>
                    <w:top w:val="none" w:sz="0" w:space="0" w:color="auto"/>
                    <w:left w:val="none" w:sz="0" w:space="0" w:color="auto"/>
                    <w:bottom w:val="none" w:sz="0" w:space="0" w:color="auto"/>
                    <w:right w:val="none" w:sz="0" w:space="0" w:color="auto"/>
                  </w:divBdr>
                  <w:divsChild>
                    <w:div w:id="1051807819">
                      <w:marLeft w:val="0"/>
                      <w:marRight w:val="0"/>
                      <w:marTop w:val="0"/>
                      <w:marBottom w:val="0"/>
                      <w:divBdr>
                        <w:top w:val="none" w:sz="0" w:space="0" w:color="auto"/>
                        <w:left w:val="none" w:sz="0" w:space="0" w:color="auto"/>
                        <w:bottom w:val="none" w:sz="0" w:space="0" w:color="auto"/>
                        <w:right w:val="none" w:sz="0" w:space="0" w:color="auto"/>
                      </w:divBdr>
                    </w:div>
                  </w:divsChild>
                </w:div>
                <w:div w:id="713773062">
                  <w:marLeft w:val="0"/>
                  <w:marRight w:val="0"/>
                  <w:marTop w:val="0"/>
                  <w:marBottom w:val="0"/>
                  <w:divBdr>
                    <w:top w:val="none" w:sz="0" w:space="0" w:color="auto"/>
                    <w:left w:val="none" w:sz="0" w:space="0" w:color="auto"/>
                    <w:bottom w:val="none" w:sz="0" w:space="0" w:color="auto"/>
                    <w:right w:val="none" w:sz="0" w:space="0" w:color="auto"/>
                  </w:divBdr>
                  <w:divsChild>
                    <w:div w:id="1166240440">
                      <w:marLeft w:val="0"/>
                      <w:marRight w:val="0"/>
                      <w:marTop w:val="0"/>
                      <w:marBottom w:val="0"/>
                      <w:divBdr>
                        <w:top w:val="none" w:sz="0" w:space="0" w:color="auto"/>
                        <w:left w:val="none" w:sz="0" w:space="0" w:color="auto"/>
                        <w:bottom w:val="none" w:sz="0" w:space="0" w:color="auto"/>
                        <w:right w:val="none" w:sz="0" w:space="0" w:color="auto"/>
                      </w:divBdr>
                    </w:div>
                  </w:divsChild>
                </w:div>
                <w:div w:id="2100787462">
                  <w:marLeft w:val="0"/>
                  <w:marRight w:val="0"/>
                  <w:marTop w:val="0"/>
                  <w:marBottom w:val="0"/>
                  <w:divBdr>
                    <w:top w:val="none" w:sz="0" w:space="0" w:color="auto"/>
                    <w:left w:val="none" w:sz="0" w:space="0" w:color="auto"/>
                    <w:bottom w:val="none" w:sz="0" w:space="0" w:color="auto"/>
                    <w:right w:val="none" w:sz="0" w:space="0" w:color="auto"/>
                  </w:divBdr>
                  <w:divsChild>
                    <w:div w:id="115492929">
                      <w:marLeft w:val="0"/>
                      <w:marRight w:val="0"/>
                      <w:marTop w:val="0"/>
                      <w:marBottom w:val="0"/>
                      <w:divBdr>
                        <w:top w:val="none" w:sz="0" w:space="0" w:color="auto"/>
                        <w:left w:val="none" w:sz="0" w:space="0" w:color="auto"/>
                        <w:bottom w:val="none" w:sz="0" w:space="0" w:color="auto"/>
                        <w:right w:val="none" w:sz="0" w:space="0" w:color="auto"/>
                      </w:divBdr>
                    </w:div>
                  </w:divsChild>
                </w:div>
                <w:div w:id="117191131">
                  <w:marLeft w:val="0"/>
                  <w:marRight w:val="0"/>
                  <w:marTop w:val="0"/>
                  <w:marBottom w:val="0"/>
                  <w:divBdr>
                    <w:top w:val="none" w:sz="0" w:space="0" w:color="auto"/>
                    <w:left w:val="none" w:sz="0" w:space="0" w:color="auto"/>
                    <w:bottom w:val="none" w:sz="0" w:space="0" w:color="auto"/>
                    <w:right w:val="none" w:sz="0" w:space="0" w:color="auto"/>
                  </w:divBdr>
                  <w:divsChild>
                    <w:div w:id="201329915">
                      <w:marLeft w:val="0"/>
                      <w:marRight w:val="0"/>
                      <w:marTop w:val="0"/>
                      <w:marBottom w:val="0"/>
                      <w:divBdr>
                        <w:top w:val="none" w:sz="0" w:space="0" w:color="auto"/>
                        <w:left w:val="none" w:sz="0" w:space="0" w:color="auto"/>
                        <w:bottom w:val="none" w:sz="0" w:space="0" w:color="auto"/>
                        <w:right w:val="none" w:sz="0" w:space="0" w:color="auto"/>
                      </w:divBdr>
                    </w:div>
                  </w:divsChild>
                </w:div>
                <w:div w:id="1765371375">
                  <w:marLeft w:val="0"/>
                  <w:marRight w:val="0"/>
                  <w:marTop w:val="0"/>
                  <w:marBottom w:val="0"/>
                  <w:divBdr>
                    <w:top w:val="none" w:sz="0" w:space="0" w:color="auto"/>
                    <w:left w:val="none" w:sz="0" w:space="0" w:color="auto"/>
                    <w:bottom w:val="none" w:sz="0" w:space="0" w:color="auto"/>
                    <w:right w:val="none" w:sz="0" w:space="0" w:color="auto"/>
                  </w:divBdr>
                  <w:divsChild>
                    <w:div w:id="733357161">
                      <w:marLeft w:val="0"/>
                      <w:marRight w:val="0"/>
                      <w:marTop w:val="0"/>
                      <w:marBottom w:val="0"/>
                      <w:divBdr>
                        <w:top w:val="none" w:sz="0" w:space="0" w:color="auto"/>
                        <w:left w:val="none" w:sz="0" w:space="0" w:color="auto"/>
                        <w:bottom w:val="none" w:sz="0" w:space="0" w:color="auto"/>
                        <w:right w:val="none" w:sz="0" w:space="0" w:color="auto"/>
                      </w:divBdr>
                    </w:div>
                  </w:divsChild>
                </w:div>
                <w:div w:id="1059790095">
                  <w:marLeft w:val="0"/>
                  <w:marRight w:val="0"/>
                  <w:marTop w:val="0"/>
                  <w:marBottom w:val="0"/>
                  <w:divBdr>
                    <w:top w:val="none" w:sz="0" w:space="0" w:color="auto"/>
                    <w:left w:val="none" w:sz="0" w:space="0" w:color="auto"/>
                    <w:bottom w:val="none" w:sz="0" w:space="0" w:color="auto"/>
                    <w:right w:val="none" w:sz="0" w:space="0" w:color="auto"/>
                  </w:divBdr>
                  <w:divsChild>
                    <w:div w:id="263878815">
                      <w:marLeft w:val="0"/>
                      <w:marRight w:val="0"/>
                      <w:marTop w:val="0"/>
                      <w:marBottom w:val="0"/>
                      <w:divBdr>
                        <w:top w:val="none" w:sz="0" w:space="0" w:color="auto"/>
                        <w:left w:val="none" w:sz="0" w:space="0" w:color="auto"/>
                        <w:bottom w:val="none" w:sz="0" w:space="0" w:color="auto"/>
                        <w:right w:val="none" w:sz="0" w:space="0" w:color="auto"/>
                      </w:divBdr>
                    </w:div>
                    <w:div w:id="55057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2941">
          <w:marLeft w:val="0"/>
          <w:marRight w:val="0"/>
          <w:marTop w:val="0"/>
          <w:marBottom w:val="0"/>
          <w:divBdr>
            <w:top w:val="none" w:sz="0" w:space="0" w:color="auto"/>
            <w:left w:val="none" w:sz="0" w:space="0" w:color="auto"/>
            <w:bottom w:val="none" w:sz="0" w:space="0" w:color="auto"/>
            <w:right w:val="none" w:sz="0" w:space="0" w:color="auto"/>
          </w:divBdr>
        </w:div>
      </w:divsChild>
    </w:div>
    <w:div w:id="801659666">
      <w:bodyDiv w:val="1"/>
      <w:marLeft w:val="0"/>
      <w:marRight w:val="0"/>
      <w:marTop w:val="0"/>
      <w:marBottom w:val="0"/>
      <w:divBdr>
        <w:top w:val="none" w:sz="0" w:space="0" w:color="auto"/>
        <w:left w:val="none" w:sz="0" w:space="0" w:color="auto"/>
        <w:bottom w:val="none" w:sz="0" w:space="0" w:color="auto"/>
        <w:right w:val="none" w:sz="0" w:space="0" w:color="auto"/>
      </w:divBdr>
      <w:divsChild>
        <w:div w:id="152448940">
          <w:marLeft w:val="0"/>
          <w:marRight w:val="0"/>
          <w:marTop w:val="0"/>
          <w:marBottom w:val="0"/>
          <w:divBdr>
            <w:top w:val="none" w:sz="0" w:space="0" w:color="auto"/>
            <w:left w:val="none" w:sz="0" w:space="0" w:color="auto"/>
            <w:bottom w:val="none" w:sz="0" w:space="0" w:color="auto"/>
            <w:right w:val="none" w:sz="0" w:space="0" w:color="auto"/>
          </w:divBdr>
        </w:div>
        <w:div w:id="1809274318">
          <w:marLeft w:val="0"/>
          <w:marRight w:val="0"/>
          <w:marTop w:val="0"/>
          <w:marBottom w:val="0"/>
          <w:divBdr>
            <w:top w:val="none" w:sz="0" w:space="0" w:color="auto"/>
            <w:left w:val="none" w:sz="0" w:space="0" w:color="auto"/>
            <w:bottom w:val="none" w:sz="0" w:space="0" w:color="auto"/>
            <w:right w:val="none" w:sz="0" w:space="0" w:color="auto"/>
          </w:divBdr>
        </w:div>
        <w:div w:id="1894538030">
          <w:marLeft w:val="0"/>
          <w:marRight w:val="0"/>
          <w:marTop w:val="0"/>
          <w:marBottom w:val="0"/>
          <w:divBdr>
            <w:top w:val="none" w:sz="0" w:space="0" w:color="auto"/>
            <w:left w:val="none" w:sz="0" w:space="0" w:color="auto"/>
            <w:bottom w:val="none" w:sz="0" w:space="0" w:color="auto"/>
            <w:right w:val="none" w:sz="0" w:space="0" w:color="auto"/>
          </w:divBdr>
        </w:div>
        <w:div w:id="251545487">
          <w:marLeft w:val="0"/>
          <w:marRight w:val="0"/>
          <w:marTop w:val="0"/>
          <w:marBottom w:val="0"/>
          <w:divBdr>
            <w:top w:val="none" w:sz="0" w:space="0" w:color="auto"/>
            <w:left w:val="none" w:sz="0" w:space="0" w:color="auto"/>
            <w:bottom w:val="none" w:sz="0" w:space="0" w:color="auto"/>
            <w:right w:val="none" w:sz="0" w:space="0" w:color="auto"/>
          </w:divBdr>
        </w:div>
        <w:div w:id="1408380495">
          <w:marLeft w:val="0"/>
          <w:marRight w:val="0"/>
          <w:marTop w:val="0"/>
          <w:marBottom w:val="0"/>
          <w:divBdr>
            <w:top w:val="none" w:sz="0" w:space="0" w:color="auto"/>
            <w:left w:val="none" w:sz="0" w:space="0" w:color="auto"/>
            <w:bottom w:val="none" w:sz="0" w:space="0" w:color="auto"/>
            <w:right w:val="none" w:sz="0" w:space="0" w:color="auto"/>
          </w:divBdr>
        </w:div>
        <w:div w:id="803084981">
          <w:marLeft w:val="0"/>
          <w:marRight w:val="0"/>
          <w:marTop w:val="0"/>
          <w:marBottom w:val="0"/>
          <w:divBdr>
            <w:top w:val="none" w:sz="0" w:space="0" w:color="auto"/>
            <w:left w:val="none" w:sz="0" w:space="0" w:color="auto"/>
            <w:bottom w:val="none" w:sz="0" w:space="0" w:color="auto"/>
            <w:right w:val="none" w:sz="0" w:space="0" w:color="auto"/>
          </w:divBdr>
        </w:div>
        <w:div w:id="876896259">
          <w:marLeft w:val="0"/>
          <w:marRight w:val="0"/>
          <w:marTop w:val="0"/>
          <w:marBottom w:val="0"/>
          <w:divBdr>
            <w:top w:val="none" w:sz="0" w:space="0" w:color="auto"/>
            <w:left w:val="none" w:sz="0" w:space="0" w:color="auto"/>
            <w:bottom w:val="none" w:sz="0" w:space="0" w:color="auto"/>
            <w:right w:val="none" w:sz="0" w:space="0" w:color="auto"/>
          </w:divBdr>
        </w:div>
        <w:div w:id="48304374">
          <w:marLeft w:val="0"/>
          <w:marRight w:val="0"/>
          <w:marTop w:val="0"/>
          <w:marBottom w:val="0"/>
          <w:divBdr>
            <w:top w:val="none" w:sz="0" w:space="0" w:color="auto"/>
            <w:left w:val="none" w:sz="0" w:space="0" w:color="auto"/>
            <w:bottom w:val="none" w:sz="0" w:space="0" w:color="auto"/>
            <w:right w:val="none" w:sz="0" w:space="0" w:color="auto"/>
          </w:divBdr>
        </w:div>
        <w:div w:id="967858122">
          <w:marLeft w:val="0"/>
          <w:marRight w:val="0"/>
          <w:marTop w:val="0"/>
          <w:marBottom w:val="0"/>
          <w:divBdr>
            <w:top w:val="none" w:sz="0" w:space="0" w:color="auto"/>
            <w:left w:val="none" w:sz="0" w:space="0" w:color="auto"/>
            <w:bottom w:val="none" w:sz="0" w:space="0" w:color="auto"/>
            <w:right w:val="none" w:sz="0" w:space="0" w:color="auto"/>
          </w:divBdr>
        </w:div>
        <w:div w:id="2000302769">
          <w:marLeft w:val="0"/>
          <w:marRight w:val="0"/>
          <w:marTop w:val="0"/>
          <w:marBottom w:val="0"/>
          <w:divBdr>
            <w:top w:val="none" w:sz="0" w:space="0" w:color="auto"/>
            <w:left w:val="none" w:sz="0" w:space="0" w:color="auto"/>
            <w:bottom w:val="none" w:sz="0" w:space="0" w:color="auto"/>
            <w:right w:val="none" w:sz="0" w:space="0" w:color="auto"/>
          </w:divBdr>
        </w:div>
        <w:div w:id="1054769028">
          <w:marLeft w:val="0"/>
          <w:marRight w:val="0"/>
          <w:marTop w:val="0"/>
          <w:marBottom w:val="0"/>
          <w:divBdr>
            <w:top w:val="none" w:sz="0" w:space="0" w:color="auto"/>
            <w:left w:val="none" w:sz="0" w:space="0" w:color="auto"/>
            <w:bottom w:val="none" w:sz="0" w:space="0" w:color="auto"/>
            <w:right w:val="none" w:sz="0" w:space="0" w:color="auto"/>
          </w:divBdr>
        </w:div>
        <w:div w:id="411127881">
          <w:marLeft w:val="0"/>
          <w:marRight w:val="0"/>
          <w:marTop w:val="0"/>
          <w:marBottom w:val="0"/>
          <w:divBdr>
            <w:top w:val="none" w:sz="0" w:space="0" w:color="auto"/>
            <w:left w:val="none" w:sz="0" w:space="0" w:color="auto"/>
            <w:bottom w:val="none" w:sz="0" w:space="0" w:color="auto"/>
            <w:right w:val="none" w:sz="0" w:space="0" w:color="auto"/>
          </w:divBdr>
        </w:div>
        <w:div w:id="451630811">
          <w:marLeft w:val="0"/>
          <w:marRight w:val="0"/>
          <w:marTop w:val="0"/>
          <w:marBottom w:val="0"/>
          <w:divBdr>
            <w:top w:val="none" w:sz="0" w:space="0" w:color="auto"/>
            <w:left w:val="none" w:sz="0" w:space="0" w:color="auto"/>
            <w:bottom w:val="none" w:sz="0" w:space="0" w:color="auto"/>
            <w:right w:val="none" w:sz="0" w:space="0" w:color="auto"/>
          </w:divBdr>
        </w:div>
        <w:div w:id="1132944845">
          <w:marLeft w:val="0"/>
          <w:marRight w:val="0"/>
          <w:marTop w:val="0"/>
          <w:marBottom w:val="0"/>
          <w:divBdr>
            <w:top w:val="none" w:sz="0" w:space="0" w:color="auto"/>
            <w:left w:val="none" w:sz="0" w:space="0" w:color="auto"/>
            <w:bottom w:val="none" w:sz="0" w:space="0" w:color="auto"/>
            <w:right w:val="none" w:sz="0" w:space="0" w:color="auto"/>
          </w:divBdr>
        </w:div>
        <w:div w:id="911231474">
          <w:marLeft w:val="0"/>
          <w:marRight w:val="0"/>
          <w:marTop w:val="0"/>
          <w:marBottom w:val="0"/>
          <w:divBdr>
            <w:top w:val="none" w:sz="0" w:space="0" w:color="auto"/>
            <w:left w:val="none" w:sz="0" w:space="0" w:color="auto"/>
            <w:bottom w:val="none" w:sz="0" w:space="0" w:color="auto"/>
            <w:right w:val="none" w:sz="0" w:space="0" w:color="auto"/>
          </w:divBdr>
        </w:div>
        <w:div w:id="1564175584">
          <w:marLeft w:val="0"/>
          <w:marRight w:val="0"/>
          <w:marTop w:val="0"/>
          <w:marBottom w:val="0"/>
          <w:divBdr>
            <w:top w:val="none" w:sz="0" w:space="0" w:color="auto"/>
            <w:left w:val="none" w:sz="0" w:space="0" w:color="auto"/>
            <w:bottom w:val="none" w:sz="0" w:space="0" w:color="auto"/>
            <w:right w:val="none" w:sz="0" w:space="0" w:color="auto"/>
          </w:divBdr>
        </w:div>
        <w:div w:id="1675764547">
          <w:marLeft w:val="0"/>
          <w:marRight w:val="0"/>
          <w:marTop w:val="0"/>
          <w:marBottom w:val="0"/>
          <w:divBdr>
            <w:top w:val="none" w:sz="0" w:space="0" w:color="auto"/>
            <w:left w:val="none" w:sz="0" w:space="0" w:color="auto"/>
            <w:bottom w:val="none" w:sz="0" w:space="0" w:color="auto"/>
            <w:right w:val="none" w:sz="0" w:space="0" w:color="auto"/>
          </w:divBdr>
        </w:div>
        <w:div w:id="1724720017">
          <w:marLeft w:val="0"/>
          <w:marRight w:val="0"/>
          <w:marTop w:val="0"/>
          <w:marBottom w:val="0"/>
          <w:divBdr>
            <w:top w:val="none" w:sz="0" w:space="0" w:color="auto"/>
            <w:left w:val="none" w:sz="0" w:space="0" w:color="auto"/>
            <w:bottom w:val="none" w:sz="0" w:space="0" w:color="auto"/>
            <w:right w:val="none" w:sz="0" w:space="0" w:color="auto"/>
          </w:divBdr>
        </w:div>
        <w:div w:id="206453187">
          <w:marLeft w:val="0"/>
          <w:marRight w:val="0"/>
          <w:marTop w:val="0"/>
          <w:marBottom w:val="0"/>
          <w:divBdr>
            <w:top w:val="none" w:sz="0" w:space="0" w:color="auto"/>
            <w:left w:val="none" w:sz="0" w:space="0" w:color="auto"/>
            <w:bottom w:val="none" w:sz="0" w:space="0" w:color="auto"/>
            <w:right w:val="none" w:sz="0" w:space="0" w:color="auto"/>
          </w:divBdr>
        </w:div>
        <w:div w:id="193347213">
          <w:marLeft w:val="0"/>
          <w:marRight w:val="0"/>
          <w:marTop w:val="0"/>
          <w:marBottom w:val="0"/>
          <w:divBdr>
            <w:top w:val="none" w:sz="0" w:space="0" w:color="auto"/>
            <w:left w:val="none" w:sz="0" w:space="0" w:color="auto"/>
            <w:bottom w:val="none" w:sz="0" w:space="0" w:color="auto"/>
            <w:right w:val="none" w:sz="0" w:space="0" w:color="auto"/>
          </w:divBdr>
        </w:div>
        <w:div w:id="1243948136">
          <w:marLeft w:val="0"/>
          <w:marRight w:val="0"/>
          <w:marTop w:val="0"/>
          <w:marBottom w:val="0"/>
          <w:divBdr>
            <w:top w:val="none" w:sz="0" w:space="0" w:color="auto"/>
            <w:left w:val="none" w:sz="0" w:space="0" w:color="auto"/>
            <w:bottom w:val="none" w:sz="0" w:space="0" w:color="auto"/>
            <w:right w:val="none" w:sz="0" w:space="0" w:color="auto"/>
          </w:divBdr>
        </w:div>
        <w:div w:id="1059137025">
          <w:marLeft w:val="0"/>
          <w:marRight w:val="0"/>
          <w:marTop w:val="0"/>
          <w:marBottom w:val="0"/>
          <w:divBdr>
            <w:top w:val="none" w:sz="0" w:space="0" w:color="auto"/>
            <w:left w:val="none" w:sz="0" w:space="0" w:color="auto"/>
            <w:bottom w:val="none" w:sz="0" w:space="0" w:color="auto"/>
            <w:right w:val="none" w:sz="0" w:space="0" w:color="auto"/>
          </w:divBdr>
        </w:div>
        <w:div w:id="427893497">
          <w:marLeft w:val="0"/>
          <w:marRight w:val="0"/>
          <w:marTop w:val="0"/>
          <w:marBottom w:val="0"/>
          <w:divBdr>
            <w:top w:val="none" w:sz="0" w:space="0" w:color="auto"/>
            <w:left w:val="none" w:sz="0" w:space="0" w:color="auto"/>
            <w:bottom w:val="none" w:sz="0" w:space="0" w:color="auto"/>
            <w:right w:val="none" w:sz="0" w:space="0" w:color="auto"/>
          </w:divBdr>
        </w:div>
        <w:div w:id="1095057361">
          <w:marLeft w:val="0"/>
          <w:marRight w:val="0"/>
          <w:marTop w:val="0"/>
          <w:marBottom w:val="0"/>
          <w:divBdr>
            <w:top w:val="none" w:sz="0" w:space="0" w:color="auto"/>
            <w:left w:val="none" w:sz="0" w:space="0" w:color="auto"/>
            <w:bottom w:val="none" w:sz="0" w:space="0" w:color="auto"/>
            <w:right w:val="none" w:sz="0" w:space="0" w:color="auto"/>
          </w:divBdr>
        </w:div>
        <w:div w:id="1182009901">
          <w:marLeft w:val="0"/>
          <w:marRight w:val="0"/>
          <w:marTop w:val="0"/>
          <w:marBottom w:val="0"/>
          <w:divBdr>
            <w:top w:val="none" w:sz="0" w:space="0" w:color="auto"/>
            <w:left w:val="none" w:sz="0" w:space="0" w:color="auto"/>
            <w:bottom w:val="none" w:sz="0" w:space="0" w:color="auto"/>
            <w:right w:val="none" w:sz="0" w:space="0" w:color="auto"/>
          </w:divBdr>
        </w:div>
        <w:div w:id="1793787068">
          <w:marLeft w:val="0"/>
          <w:marRight w:val="0"/>
          <w:marTop w:val="0"/>
          <w:marBottom w:val="0"/>
          <w:divBdr>
            <w:top w:val="none" w:sz="0" w:space="0" w:color="auto"/>
            <w:left w:val="none" w:sz="0" w:space="0" w:color="auto"/>
            <w:bottom w:val="none" w:sz="0" w:space="0" w:color="auto"/>
            <w:right w:val="none" w:sz="0" w:space="0" w:color="auto"/>
          </w:divBdr>
        </w:div>
        <w:div w:id="698699539">
          <w:marLeft w:val="0"/>
          <w:marRight w:val="0"/>
          <w:marTop w:val="0"/>
          <w:marBottom w:val="0"/>
          <w:divBdr>
            <w:top w:val="none" w:sz="0" w:space="0" w:color="auto"/>
            <w:left w:val="none" w:sz="0" w:space="0" w:color="auto"/>
            <w:bottom w:val="none" w:sz="0" w:space="0" w:color="auto"/>
            <w:right w:val="none" w:sz="0" w:space="0" w:color="auto"/>
          </w:divBdr>
        </w:div>
        <w:div w:id="412314433">
          <w:marLeft w:val="0"/>
          <w:marRight w:val="0"/>
          <w:marTop w:val="0"/>
          <w:marBottom w:val="0"/>
          <w:divBdr>
            <w:top w:val="none" w:sz="0" w:space="0" w:color="auto"/>
            <w:left w:val="none" w:sz="0" w:space="0" w:color="auto"/>
            <w:bottom w:val="none" w:sz="0" w:space="0" w:color="auto"/>
            <w:right w:val="none" w:sz="0" w:space="0" w:color="auto"/>
          </w:divBdr>
        </w:div>
        <w:div w:id="1413772290">
          <w:marLeft w:val="0"/>
          <w:marRight w:val="0"/>
          <w:marTop w:val="0"/>
          <w:marBottom w:val="0"/>
          <w:divBdr>
            <w:top w:val="none" w:sz="0" w:space="0" w:color="auto"/>
            <w:left w:val="none" w:sz="0" w:space="0" w:color="auto"/>
            <w:bottom w:val="none" w:sz="0" w:space="0" w:color="auto"/>
            <w:right w:val="none" w:sz="0" w:space="0" w:color="auto"/>
          </w:divBdr>
        </w:div>
        <w:div w:id="515729588">
          <w:marLeft w:val="0"/>
          <w:marRight w:val="0"/>
          <w:marTop w:val="0"/>
          <w:marBottom w:val="0"/>
          <w:divBdr>
            <w:top w:val="none" w:sz="0" w:space="0" w:color="auto"/>
            <w:left w:val="none" w:sz="0" w:space="0" w:color="auto"/>
            <w:bottom w:val="none" w:sz="0" w:space="0" w:color="auto"/>
            <w:right w:val="none" w:sz="0" w:space="0" w:color="auto"/>
          </w:divBdr>
        </w:div>
        <w:div w:id="1590850341">
          <w:marLeft w:val="0"/>
          <w:marRight w:val="0"/>
          <w:marTop w:val="0"/>
          <w:marBottom w:val="0"/>
          <w:divBdr>
            <w:top w:val="none" w:sz="0" w:space="0" w:color="auto"/>
            <w:left w:val="none" w:sz="0" w:space="0" w:color="auto"/>
            <w:bottom w:val="none" w:sz="0" w:space="0" w:color="auto"/>
            <w:right w:val="none" w:sz="0" w:space="0" w:color="auto"/>
          </w:divBdr>
        </w:div>
        <w:div w:id="1840776005">
          <w:marLeft w:val="0"/>
          <w:marRight w:val="0"/>
          <w:marTop w:val="0"/>
          <w:marBottom w:val="0"/>
          <w:divBdr>
            <w:top w:val="none" w:sz="0" w:space="0" w:color="auto"/>
            <w:left w:val="none" w:sz="0" w:space="0" w:color="auto"/>
            <w:bottom w:val="none" w:sz="0" w:space="0" w:color="auto"/>
            <w:right w:val="none" w:sz="0" w:space="0" w:color="auto"/>
          </w:divBdr>
        </w:div>
        <w:div w:id="2084059597">
          <w:marLeft w:val="0"/>
          <w:marRight w:val="0"/>
          <w:marTop w:val="0"/>
          <w:marBottom w:val="0"/>
          <w:divBdr>
            <w:top w:val="none" w:sz="0" w:space="0" w:color="auto"/>
            <w:left w:val="none" w:sz="0" w:space="0" w:color="auto"/>
            <w:bottom w:val="none" w:sz="0" w:space="0" w:color="auto"/>
            <w:right w:val="none" w:sz="0" w:space="0" w:color="auto"/>
          </w:divBdr>
        </w:div>
        <w:div w:id="311296468">
          <w:marLeft w:val="0"/>
          <w:marRight w:val="0"/>
          <w:marTop w:val="0"/>
          <w:marBottom w:val="0"/>
          <w:divBdr>
            <w:top w:val="none" w:sz="0" w:space="0" w:color="auto"/>
            <w:left w:val="none" w:sz="0" w:space="0" w:color="auto"/>
            <w:bottom w:val="none" w:sz="0" w:space="0" w:color="auto"/>
            <w:right w:val="none" w:sz="0" w:space="0" w:color="auto"/>
          </w:divBdr>
        </w:div>
        <w:div w:id="415371162">
          <w:marLeft w:val="0"/>
          <w:marRight w:val="0"/>
          <w:marTop w:val="0"/>
          <w:marBottom w:val="0"/>
          <w:divBdr>
            <w:top w:val="none" w:sz="0" w:space="0" w:color="auto"/>
            <w:left w:val="none" w:sz="0" w:space="0" w:color="auto"/>
            <w:bottom w:val="none" w:sz="0" w:space="0" w:color="auto"/>
            <w:right w:val="none" w:sz="0" w:space="0" w:color="auto"/>
          </w:divBdr>
        </w:div>
        <w:div w:id="149754145">
          <w:marLeft w:val="0"/>
          <w:marRight w:val="0"/>
          <w:marTop w:val="0"/>
          <w:marBottom w:val="0"/>
          <w:divBdr>
            <w:top w:val="none" w:sz="0" w:space="0" w:color="auto"/>
            <w:left w:val="none" w:sz="0" w:space="0" w:color="auto"/>
            <w:bottom w:val="none" w:sz="0" w:space="0" w:color="auto"/>
            <w:right w:val="none" w:sz="0" w:space="0" w:color="auto"/>
          </w:divBdr>
        </w:div>
        <w:div w:id="637029651">
          <w:marLeft w:val="0"/>
          <w:marRight w:val="0"/>
          <w:marTop w:val="0"/>
          <w:marBottom w:val="0"/>
          <w:divBdr>
            <w:top w:val="none" w:sz="0" w:space="0" w:color="auto"/>
            <w:left w:val="none" w:sz="0" w:space="0" w:color="auto"/>
            <w:bottom w:val="none" w:sz="0" w:space="0" w:color="auto"/>
            <w:right w:val="none" w:sz="0" w:space="0" w:color="auto"/>
          </w:divBdr>
        </w:div>
        <w:div w:id="2066097988">
          <w:marLeft w:val="0"/>
          <w:marRight w:val="0"/>
          <w:marTop w:val="0"/>
          <w:marBottom w:val="0"/>
          <w:divBdr>
            <w:top w:val="none" w:sz="0" w:space="0" w:color="auto"/>
            <w:left w:val="none" w:sz="0" w:space="0" w:color="auto"/>
            <w:bottom w:val="none" w:sz="0" w:space="0" w:color="auto"/>
            <w:right w:val="none" w:sz="0" w:space="0" w:color="auto"/>
          </w:divBdr>
        </w:div>
        <w:div w:id="1842892066">
          <w:marLeft w:val="0"/>
          <w:marRight w:val="0"/>
          <w:marTop w:val="0"/>
          <w:marBottom w:val="0"/>
          <w:divBdr>
            <w:top w:val="none" w:sz="0" w:space="0" w:color="auto"/>
            <w:left w:val="none" w:sz="0" w:space="0" w:color="auto"/>
            <w:bottom w:val="none" w:sz="0" w:space="0" w:color="auto"/>
            <w:right w:val="none" w:sz="0" w:space="0" w:color="auto"/>
          </w:divBdr>
        </w:div>
        <w:div w:id="726340415">
          <w:marLeft w:val="0"/>
          <w:marRight w:val="0"/>
          <w:marTop w:val="0"/>
          <w:marBottom w:val="0"/>
          <w:divBdr>
            <w:top w:val="none" w:sz="0" w:space="0" w:color="auto"/>
            <w:left w:val="none" w:sz="0" w:space="0" w:color="auto"/>
            <w:bottom w:val="none" w:sz="0" w:space="0" w:color="auto"/>
            <w:right w:val="none" w:sz="0" w:space="0" w:color="auto"/>
          </w:divBdr>
        </w:div>
        <w:div w:id="1952779992">
          <w:marLeft w:val="0"/>
          <w:marRight w:val="0"/>
          <w:marTop w:val="0"/>
          <w:marBottom w:val="0"/>
          <w:divBdr>
            <w:top w:val="none" w:sz="0" w:space="0" w:color="auto"/>
            <w:left w:val="none" w:sz="0" w:space="0" w:color="auto"/>
            <w:bottom w:val="none" w:sz="0" w:space="0" w:color="auto"/>
            <w:right w:val="none" w:sz="0" w:space="0" w:color="auto"/>
          </w:divBdr>
        </w:div>
        <w:div w:id="284435757">
          <w:marLeft w:val="0"/>
          <w:marRight w:val="0"/>
          <w:marTop w:val="0"/>
          <w:marBottom w:val="0"/>
          <w:divBdr>
            <w:top w:val="none" w:sz="0" w:space="0" w:color="auto"/>
            <w:left w:val="none" w:sz="0" w:space="0" w:color="auto"/>
            <w:bottom w:val="none" w:sz="0" w:space="0" w:color="auto"/>
            <w:right w:val="none" w:sz="0" w:space="0" w:color="auto"/>
          </w:divBdr>
        </w:div>
      </w:divsChild>
    </w:div>
    <w:div w:id="1469476905">
      <w:bodyDiv w:val="1"/>
      <w:marLeft w:val="0"/>
      <w:marRight w:val="0"/>
      <w:marTop w:val="0"/>
      <w:marBottom w:val="0"/>
      <w:divBdr>
        <w:top w:val="none" w:sz="0" w:space="0" w:color="auto"/>
        <w:left w:val="none" w:sz="0" w:space="0" w:color="auto"/>
        <w:bottom w:val="none" w:sz="0" w:space="0" w:color="auto"/>
        <w:right w:val="none" w:sz="0" w:space="0" w:color="auto"/>
      </w:divBdr>
      <w:divsChild>
        <w:div w:id="761876481">
          <w:marLeft w:val="0"/>
          <w:marRight w:val="0"/>
          <w:marTop w:val="0"/>
          <w:marBottom w:val="0"/>
          <w:divBdr>
            <w:top w:val="none" w:sz="0" w:space="0" w:color="auto"/>
            <w:left w:val="none" w:sz="0" w:space="0" w:color="auto"/>
            <w:bottom w:val="none" w:sz="0" w:space="0" w:color="auto"/>
            <w:right w:val="none" w:sz="0" w:space="0" w:color="auto"/>
          </w:divBdr>
        </w:div>
        <w:div w:id="1018695611">
          <w:marLeft w:val="0"/>
          <w:marRight w:val="0"/>
          <w:marTop w:val="0"/>
          <w:marBottom w:val="0"/>
          <w:divBdr>
            <w:top w:val="none" w:sz="0" w:space="0" w:color="auto"/>
            <w:left w:val="none" w:sz="0" w:space="0" w:color="auto"/>
            <w:bottom w:val="none" w:sz="0" w:space="0" w:color="auto"/>
            <w:right w:val="none" w:sz="0" w:space="0" w:color="auto"/>
          </w:divBdr>
          <w:divsChild>
            <w:div w:id="2074040554">
              <w:marLeft w:val="-75"/>
              <w:marRight w:val="0"/>
              <w:marTop w:val="30"/>
              <w:marBottom w:val="30"/>
              <w:divBdr>
                <w:top w:val="none" w:sz="0" w:space="0" w:color="auto"/>
                <w:left w:val="none" w:sz="0" w:space="0" w:color="auto"/>
                <w:bottom w:val="none" w:sz="0" w:space="0" w:color="auto"/>
                <w:right w:val="none" w:sz="0" w:space="0" w:color="auto"/>
              </w:divBdr>
              <w:divsChild>
                <w:div w:id="1820422431">
                  <w:marLeft w:val="0"/>
                  <w:marRight w:val="0"/>
                  <w:marTop w:val="0"/>
                  <w:marBottom w:val="0"/>
                  <w:divBdr>
                    <w:top w:val="none" w:sz="0" w:space="0" w:color="auto"/>
                    <w:left w:val="none" w:sz="0" w:space="0" w:color="auto"/>
                    <w:bottom w:val="none" w:sz="0" w:space="0" w:color="auto"/>
                    <w:right w:val="none" w:sz="0" w:space="0" w:color="auto"/>
                  </w:divBdr>
                  <w:divsChild>
                    <w:div w:id="1492988264">
                      <w:marLeft w:val="0"/>
                      <w:marRight w:val="0"/>
                      <w:marTop w:val="0"/>
                      <w:marBottom w:val="0"/>
                      <w:divBdr>
                        <w:top w:val="none" w:sz="0" w:space="0" w:color="auto"/>
                        <w:left w:val="none" w:sz="0" w:space="0" w:color="auto"/>
                        <w:bottom w:val="none" w:sz="0" w:space="0" w:color="auto"/>
                        <w:right w:val="none" w:sz="0" w:space="0" w:color="auto"/>
                      </w:divBdr>
                    </w:div>
                  </w:divsChild>
                </w:div>
                <w:div w:id="1316567839">
                  <w:marLeft w:val="0"/>
                  <w:marRight w:val="0"/>
                  <w:marTop w:val="0"/>
                  <w:marBottom w:val="0"/>
                  <w:divBdr>
                    <w:top w:val="none" w:sz="0" w:space="0" w:color="auto"/>
                    <w:left w:val="none" w:sz="0" w:space="0" w:color="auto"/>
                    <w:bottom w:val="none" w:sz="0" w:space="0" w:color="auto"/>
                    <w:right w:val="none" w:sz="0" w:space="0" w:color="auto"/>
                  </w:divBdr>
                  <w:divsChild>
                    <w:div w:id="1788963826">
                      <w:marLeft w:val="0"/>
                      <w:marRight w:val="0"/>
                      <w:marTop w:val="0"/>
                      <w:marBottom w:val="0"/>
                      <w:divBdr>
                        <w:top w:val="none" w:sz="0" w:space="0" w:color="auto"/>
                        <w:left w:val="none" w:sz="0" w:space="0" w:color="auto"/>
                        <w:bottom w:val="none" w:sz="0" w:space="0" w:color="auto"/>
                        <w:right w:val="none" w:sz="0" w:space="0" w:color="auto"/>
                      </w:divBdr>
                    </w:div>
                  </w:divsChild>
                </w:div>
                <w:div w:id="1556045641">
                  <w:marLeft w:val="0"/>
                  <w:marRight w:val="0"/>
                  <w:marTop w:val="0"/>
                  <w:marBottom w:val="0"/>
                  <w:divBdr>
                    <w:top w:val="none" w:sz="0" w:space="0" w:color="auto"/>
                    <w:left w:val="none" w:sz="0" w:space="0" w:color="auto"/>
                    <w:bottom w:val="none" w:sz="0" w:space="0" w:color="auto"/>
                    <w:right w:val="none" w:sz="0" w:space="0" w:color="auto"/>
                  </w:divBdr>
                  <w:divsChild>
                    <w:div w:id="1036662800">
                      <w:marLeft w:val="0"/>
                      <w:marRight w:val="0"/>
                      <w:marTop w:val="0"/>
                      <w:marBottom w:val="0"/>
                      <w:divBdr>
                        <w:top w:val="none" w:sz="0" w:space="0" w:color="auto"/>
                        <w:left w:val="none" w:sz="0" w:space="0" w:color="auto"/>
                        <w:bottom w:val="none" w:sz="0" w:space="0" w:color="auto"/>
                        <w:right w:val="none" w:sz="0" w:space="0" w:color="auto"/>
                      </w:divBdr>
                    </w:div>
                  </w:divsChild>
                </w:div>
                <w:div w:id="353922002">
                  <w:marLeft w:val="0"/>
                  <w:marRight w:val="0"/>
                  <w:marTop w:val="0"/>
                  <w:marBottom w:val="0"/>
                  <w:divBdr>
                    <w:top w:val="none" w:sz="0" w:space="0" w:color="auto"/>
                    <w:left w:val="none" w:sz="0" w:space="0" w:color="auto"/>
                    <w:bottom w:val="none" w:sz="0" w:space="0" w:color="auto"/>
                    <w:right w:val="none" w:sz="0" w:space="0" w:color="auto"/>
                  </w:divBdr>
                  <w:divsChild>
                    <w:div w:id="431630980">
                      <w:marLeft w:val="0"/>
                      <w:marRight w:val="0"/>
                      <w:marTop w:val="0"/>
                      <w:marBottom w:val="0"/>
                      <w:divBdr>
                        <w:top w:val="none" w:sz="0" w:space="0" w:color="auto"/>
                        <w:left w:val="none" w:sz="0" w:space="0" w:color="auto"/>
                        <w:bottom w:val="none" w:sz="0" w:space="0" w:color="auto"/>
                        <w:right w:val="none" w:sz="0" w:space="0" w:color="auto"/>
                      </w:divBdr>
                    </w:div>
                  </w:divsChild>
                </w:div>
                <w:div w:id="696083885">
                  <w:marLeft w:val="0"/>
                  <w:marRight w:val="0"/>
                  <w:marTop w:val="0"/>
                  <w:marBottom w:val="0"/>
                  <w:divBdr>
                    <w:top w:val="none" w:sz="0" w:space="0" w:color="auto"/>
                    <w:left w:val="none" w:sz="0" w:space="0" w:color="auto"/>
                    <w:bottom w:val="none" w:sz="0" w:space="0" w:color="auto"/>
                    <w:right w:val="none" w:sz="0" w:space="0" w:color="auto"/>
                  </w:divBdr>
                  <w:divsChild>
                    <w:div w:id="1873030452">
                      <w:marLeft w:val="0"/>
                      <w:marRight w:val="0"/>
                      <w:marTop w:val="0"/>
                      <w:marBottom w:val="0"/>
                      <w:divBdr>
                        <w:top w:val="none" w:sz="0" w:space="0" w:color="auto"/>
                        <w:left w:val="none" w:sz="0" w:space="0" w:color="auto"/>
                        <w:bottom w:val="none" w:sz="0" w:space="0" w:color="auto"/>
                        <w:right w:val="none" w:sz="0" w:space="0" w:color="auto"/>
                      </w:divBdr>
                    </w:div>
                  </w:divsChild>
                </w:div>
                <w:div w:id="1661612412">
                  <w:marLeft w:val="0"/>
                  <w:marRight w:val="0"/>
                  <w:marTop w:val="0"/>
                  <w:marBottom w:val="0"/>
                  <w:divBdr>
                    <w:top w:val="none" w:sz="0" w:space="0" w:color="auto"/>
                    <w:left w:val="none" w:sz="0" w:space="0" w:color="auto"/>
                    <w:bottom w:val="none" w:sz="0" w:space="0" w:color="auto"/>
                    <w:right w:val="none" w:sz="0" w:space="0" w:color="auto"/>
                  </w:divBdr>
                  <w:divsChild>
                    <w:div w:id="1199008581">
                      <w:marLeft w:val="0"/>
                      <w:marRight w:val="0"/>
                      <w:marTop w:val="0"/>
                      <w:marBottom w:val="0"/>
                      <w:divBdr>
                        <w:top w:val="none" w:sz="0" w:space="0" w:color="auto"/>
                        <w:left w:val="none" w:sz="0" w:space="0" w:color="auto"/>
                        <w:bottom w:val="none" w:sz="0" w:space="0" w:color="auto"/>
                        <w:right w:val="none" w:sz="0" w:space="0" w:color="auto"/>
                      </w:divBdr>
                    </w:div>
                  </w:divsChild>
                </w:div>
                <w:div w:id="679042540">
                  <w:marLeft w:val="0"/>
                  <w:marRight w:val="0"/>
                  <w:marTop w:val="0"/>
                  <w:marBottom w:val="0"/>
                  <w:divBdr>
                    <w:top w:val="none" w:sz="0" w:space="0" w:color="auto"/>
                    <w:left w:val="none" w:sz="0" w:space="0" w:color="auto"/>
                    <w:bottom w:val="none" w:sz="0" w:space="0" w:color="auto"/>
                    <w:right w:val="none" w:sz="0" w:space="0" w:color="auto"/>
                  </w:divBdr>
                  <w:divsChild>
                    <w:div w:id="154609467">
                      <w:marLeft w:val="0"/>
                      <w:marRight w:val="0"/>
                      <w:marTop w:val="0"/>
                      <w:marBottom w:val="0"/>
                      <w:divBdr>
                        <w:top w:val="none" w:sz="0" w:space="0" w:color="auto"/>
                        <w:left w:val="none" w:sz="0" w:space="0" w:color="auto"/>
                        <w:bottom w:val="none" w:sz="0" w:space="0" w:color="auto"/>
                        <w:right w:val="none" w:sz="0" w:space="0" w:color="auto"/>
                      </w:divBdr>
                    </w:div>
                  </w:divsChild>
                </w:div>
                <w:div w:id="1477263231">
                  <w:marLeft w:val="0"/>
                  <w:marRight w:val="0"/>
                  <w:marTop w:val="0"/>
                  <w:marBottom w:val="0"/>
                  <w:divBdr>
                    <w:top w:val="none" w:sz="0" w:space="0" w:color="auto"/>
                    <w:left w:val="none" w:sz="0" w:space="0" w:color="auto"/>
                    <w:bottom w:val="none" w:sz="0" w:space="0" w:color="auto"/>
                    <w:right w:val="none" w:sz="0" w:space="0" w:color="auto"/>
                  </w:divBdr>
                  <w:divsChild>
                    <w:div w:id="1195116810">
                      <w:marLeft w:val="0"/>
                      <w:marRight w:val="0"/>
                      <w:marTop w:val="0"/>
                      <w:marBottom w:val="0"/>
                      <w:divBdr>
                        <w:top w:val="none" w:sz="0" w:space="0" w:color="auto"/>
                        <w:left w:val="none" w:sz="0" w:space="0" w:color="auto"/>
                        <w:bottom w:val="none" w:sz="0" w:space="0" w:color="auto"/>
                        <w:right w:val="none" w:sz="0" w:space="0" w:color="auto"/>
                      </w:divBdr>
                    </w:div>
                  </w:divsChild>
                </w:div>
                <w:div w:id="1938246438">
                  <w:marLeft w:val="0"/>
                  <w:marRight w:val="0"/>
                  <w:marTop w:val="0"/>
                  <w:marBottom w:val="0"/>
                  <w:divBdr>
                    <w:top w:val="none" w:sz="0" w:space="0" w:color="auto"/>
                    <w:left w:val="none" w:sz="0" w:space="0" w:color="auto"/>
                    <w:bottom w:val="none" w:sz="0" w:space="0" w:color="auto"/>
                    <w:right w:val="none" w:sz="0" w:space="0" w:color="auto"/>
                  </w:divBdr>
                  <w:divsChild>
                    <w:div w:id="94634918">
                      <w:marLeft w:val="0"/>
                      <w:marRight w:val="0"/>
                      <w:marTop w:val="0"/>
                      <w:marBottom w:val="0"/>
                      <w:divBdr>
                        <w:top w:val="none" w:sz="0" w:space="0" w:color="auto"/>
                        <w:left w:val="none" w:sz="0" w:space="0" w:color="auto"/>
                        <w:bottom w:val="none" w:sz="0" w:space="0" w:color="auto"/>
                        <w:right w:val="none" w:sz="0" w:space="0" w:color="auto"/>
                      </w:divBdr>
                    </w:div>
                  </w:divsChild>
                </w:div>
                <w:div w:id="1043746579">
                  <w:marLeft w:val="0"/>
                  <w:marRight w:val="0"/>
                  <w:marTop w:val="0"/>
                  <w:marBottom w:val="0"/>
                  <w:divBdr>
                    <w:top w:val="none" w:sz="0" w:space="0" w:color="auto"/>
                    <w:left w:val="none" w:sz="0" w:space="0" w:color="auto"/>
                    <w:bottom w:val="none" w:sz="0" w:space="0" w:color="auto"/>
                    <w:right w:val="none" w:sz="0" w:space="0" w:color="auto"/>
                  </w:divBdr>
                  <w:divsChild>
                    <w:div w:id="180164241">
                      <w:marLeft w:val="0"/>
                      <w:marRight w:val="0"/>
                      <w:marTop w:val="0"/>
                      <w:marBottom w:val="0"/>
                      <w:divBdr>
                        <w:top w:val="none" w:sz="0" w:space="0" w:color="auto"/>
                        <w:left w:val="none" w:sz="0" w:space="0" w:color="auto"/>
                        <w:bottom w:val="none" w:sz="0" w:space="0" w:color="auto"/>
                        <w:right w:val="none" w:sz="0" w:space="0" w:color="auto"/>
                      </w:divBdr>
                    </w:div>
                  </w:divsChild>
                </w:div>
                <w:div w:id="670109218">
                  <w:marLeft w:val="0"/>
                  <w:marRight w:val="0"/>
                  <w:marTop w:val="0"/>
                  <w:marBottom w:val="0"/>
                  <w:divBdr>
                    <w:top w:val="none" w:sz="0" w:space="0" w:color="auto"/>
                    <w:left w:val="none" w:sz="0" w:space="0" w:color="auto"/>
                    <w:bottom w:val="none" w:sz="0" w:space="0" w:color="auto"/>
                    <w:right w:val="none" w:sz="0" w:space="0" w:color="auto"/>
                  </w:divBdr>
                  <w:divsChild>
                    <w:div w:id="419912571">
                      <w:marLeft w:val="0"/>
                      <w:marRight w:val="0"/>
                      <w:marTop w:val="0"/>
                      <w:marBottom w:val="0"/>
                      <w:divBdr>
                        <w:top w:val="none" w:sz="0" w:space="0" w:color="auto"/>
                        <w:left w:val="none" w:sz="0" w:space="0" w:color="auto"/>
                        <w:bottom w:val="none" w:sz="0" w:space="0" w:color="auto"/>
                        <w:right w:val="none" w:sz="0" w:space="0" w:color="auto"/>
                      </w:divBdr>
                    </w:div>
                  </w:divsChild>
                </w:div>
                <w:div w:id="36702534">
                  <w:marLeft w:val="0"/>
                  <w:marRight w:val="0"/>
                  <w:marTop w:val="0"/>
                  <w:marBottom w:val="0"/>
                  <w:divBdr>
                    <w:top w:val="none" w:sz="0" w:space="0" w:color="auto"/>
                    <w:left w:val="none" w:sz="0" w:space="0" w:color="auto"/>
                    <w:bottom w:val="none" w:sz="0" w:space="0" w:color="auto"/>
                    <w:right w:val="none" w:sz="0" w:space="0" w:color="auto"/>
                  </w:divBdr>
                  <w:divsChild>
                    <w:div w:id="684210971">
                      <w:marLeft w:val="0"/>
                      <w:marRight w:val="0"/>
                      <w:marTop w:val="0"/>
                      <w:marBottom w:val="0"/>
                      <w:divBdr>
                        <w:top w:val="none" w:sz="0" w:space="0" w:color="auto"/>
                        <w:left w:val="none" w:sz="0" w:space="0" w:color="auto"/>
                        <w:bottom w:val="none" w:sz="0" w:space="0" w:color="auto"/>
                        <w:right w:val="none" w:sz="0" w:space="0" w:color="auto"/>
                      </w:divBdr>
                    </w:div>
                  </w:divsChild>
                </w:div>
                <w:div w:id="167136005">
                  <w:marLeft w:val="0"/>
                  <w:marRight w:val="0"/>
                  <w:marTop w:val="0"/>
                  <w:marBottom w:val="0"/>
                  <w:divBdr>
                    <w:top w:val="none" w:sz="0" w:space="0" w:color="auto"/>
                    <w:left w:val="none" w:sz="0" w:space="0" w:color="auto"/>
                    <w:bottom w:val="none" w:sz="0" w:space="0" w:color="auto"/>
                    <w:right w:val="none" w:sz="0" w:space="0" w:color="auto"/>
                  </w:divBdr>
                  <w:divsChild>
                    <w:div w:id="1471748588">
                      <w:marLeft w:val="0"/>
                      <w:marRight w:val="0"/>
                      <w:marTop w:val="0"/>
                      <w:marBottom w:val="0"/>
                      <w:divBdr>
                        <w:top w:val="none" w:sz="0" w:space="0" w:color="auto"/>
                        <w:left w:val="none" w:sz="0" w:space="0" w:color="auto"/>
                        <w:bottom w:val="none" w:sz="0" w:space="0" w:color="auto"/>
                        <w:right w:val="none" w:sz="0" w:space="0" w:color="auto"/>
                      </w:divBdr>
                    </w:div>
                  </w:divsChild>
                </w:div>
                <w:div w:id="33889694">
                  <w:marLeft w:val="0"/>
                  <w:marRight w:val="0"/>
                  <w:marTop w:val="0"/>
                  <w:marBottom w:val="0"/>
                  <w:divBdr>
                    <w:top w:val="none" w:sz="0" w:space="0" w:color="auto"/>
                    <w:left w:val="none" w:sz="0" w:space="0" w:color="auto"/>
                    <w:bottom w:val="none" w:sz="0" w:space="0" w:color="auto"/>
                    <w:right w:val="none" w:sz="0" w:space="0" w:color="auto"/>
                  </w:divBdr>
                  <w:divsChild>
                    <w:div w:id="514616618">
                      <w:marLeft w:val="0"/>
                      <w:marRight w:val="0"/>
                      <w:marTop w:val="0"/>
                      <w:marBottom w:val="0"/>
                      <w:divBdr>
                        <w:top w:val="none" w:sz="0" w:space="0" w:color="auto"/>
                        <w:left w:val="none" w:sz="0" w:space="0" w:color="auto"/>
                        <w:bottom w:val="none" w:sz="0" w:space="0" w:color="auto"/>
                        <w:right w:val="none" w:sz="0" w:space="0" w:color="auto"/>
                      </w:divBdr>
                    </w:div>
                  </w:divsChild>
                </w:div>
                <w:div w:id="1764453795">
                  <w:marLeft w:val="0"/>
                  <w:marRight w:val="0"/>
                  <w:marTop w:val="0"/>
                  <w:marBottom w:val="0"/>
                  <w:divBdr>
                    <w:top w:val="none" w:sz="0" w:space="0" w:color="auto"/>
                    <w:left w:val="none" w:sz="0" w:space="0" w:color="auto"/>
                    <w:bottom w:val="none" w:sz="0" w:space="0" w:color="auto"/>
                    <w:right w:val="none" w:sz="0" w:space="0" w:color="auto"/>
                  </w:divBdr>
                  <w:divsChild>
                    <w:div w:id="886064225">
                      <w:marLeft w:val="0"/>
                      <w:marRight w:val="0"/>
                      <w:marTop w:val="0"/>
                      <w:marBottom w:val="0"/>
                      <w:divBdr>
                        <w:top w:val="none" w:sz="0" w:space="0" w:color="auto"/>
                        <w:left w:val="none" w:sz="0" w:space="0" w:color="auto"/>
                        <w:bottom w:val="none" w:sz="0" w:space="0" w:color="auto"/>
                        <w:right w:val="none" w:sz="0" w:space="0" w:color="auto"/>
                      </w:divBdr>
                    </w:div>
                  </w:divsChild>
                </w:div>
                <w:div w:id="1560433766">
                  <w:marLeft w:val="0"/>
                  <w:marRight w:val="0"/>
                  <w:marTop w:val="0"/>
                  <w:marBottom w:val="0"/>
                  <w:divBdr>
                    <w:top w:val="none" w:sz="0" w:space="0" w:color="auto"/>
                    <w:left w:val="none" w:sz="0" w:space="0" w:color="auto"/>
                    <w:bottom w:val="none" w:sz="0" w:space="0" w:color="auto"/>
                    <w:right w:val="none" w:sz="0" w:space="0" w:color="auto"/>
                  </w:divBdr>
                  <w:divsChild>
                    <w:div w:id="808523056">
                      <w:marLeft w:val="0"/>
                      <w:marRight w:val="0"/>
                      <w:marTop w:val="0"/>
                      <w:marBottom w:val="0"/>
                      <w:divBdr>
                        <w:top w:val="none" w:sz="0" w:space="0" w:color="auto"/>
                        <w:left w:val="none" w:sz="0" w:space="0" w:color="auto"/>
                        <w:bottom w:val="none" w:sz="0" w:space="0" w:color="auto"/>
                        <w:right w:val="none" w:sz="0" w:space="0" w:color="auto"/>
                      </w:divBdr>
                    </w:div>
                  </w:divsChild>
                </w:div>
                <w:div w:id="1310480352">
                  <w:marLeft w:val="0"/>
                  <w:marRight w:val="0"/>
                  <w:marTop w:val="0"/>
                  <w:marBottom w:val="0"/>
                  <w:divBdr>
                    <w:top w:val="none" w:sz="0" w:space="0" w:color="auto"/>
                    <w:left w:val="none" w:sz="0" w:space="0" w:color="auto"/>
                    <w:bottom w:val="none" w:sz="0" w:space="0" w:color="auto"/>
                    <w:right w:val="none" w:sz="0" w:space="0" w:color="auto"/>
                  </w:divBdr>
                  <w:divsChild>
                    <w:div w:id="1977905832">
                      <w:marLeft w:val="0"/>
                      <w:marRight w:val="0"/>
                      <w:marTop w:val="0"/>
                      <w:marBottom w:val="0"/>
                      <w:divBdr>
                        <w:top w:val="none" w:sz="0" w:space="0" w:color="auto"/>
                        <w:left w:val="none" w:sz="0" w:space="0" w:color="auto"/>
                        <w:bottom w:val="none" w:sz="0" w:space="0" w:color="auto"/>
                        <w:right w:val="none" w:sz="0" w:space="0" w:color="auto"/>
                      </w:divBdr>
                    </w:div>
                  </w:divsChild>
                </w:div>
                <w:div w:id="1274745708">
                  <w:marLeft w:val="0"/>
                  <w:marRight w:val="0"/>
                  <w:marTop w:val="0"/>
                  <w:marBottom w:val="0"/>
                  <w:divBdr>
                    <w:top w:val="none" w:sz="0" w:space="0" w:color="auto"/>
                    <w:left w:val="none" w:sz="0" w:space="0" w:color="auto"/>
                    <w:bottom w:val="none" w:sz="0" w:space="0" w:color="auto"/>
                    <w:right w:val="none" w:sz="0" w:space="0" w:color="auto"/>
                  </w:divBdr>
                  <w:divsChild>
                    <w:div w:id="1184055009">
                      <w:marLeft w:val="0"/>
                      <w:marRight w:val="0"/>
                      <w:marTop w:val="0"/>
                      <w:marBottom w:val="0"/>
                      <w:divBdr>
                        <w:top w:val="none" w:sz="0" w:space="0" w:color="auto"/>
                        <w:left w:val="none" w:sz="0" w:space="0" w:color="auto"/>
                        <w:bottom w:val="none" w:sz="0" w:space="0" w:color="auto"/>
                        <w:right w:val="none" w:sz="0" w:space="0" w:color="auto"/>
                      </w:divBdr>
                    </w:div>
                  </w:divsChild>
                </w:div>
                <w:div w:id="1170175984">
                  <w:marLeft w:val="0"/>
                  <w:marRight w:val="0"/>
                  <w:marTop w:val="0"/>
                  <w:marBottom w:val="0"/>
                  <w:divBdr>
                    <w:top w:val="none" w:sz="0" w:space="0" w:color="auto"/>
                    <w:left w:val="none" w:sz="0" w:space="0" w:color="auto"/>
                    <w:bottom w:val="none" w:sz="0" w:space="0" w:color="auto"/>
                    <w:right w:val="none" w:sz="0" w:space="0" w:color="auto"/>
                  </w:divBdr>
                  <w:divsChild>
                    <w:div w:id="510486300">
                      <w:marLeft w:val="0"/>
                      <w:marRight w:val="0"/>
                      <w:marTop w:val="0"/>
                      <w:marBottom w:val="0"/>
                      <w:divBdr>
                        <w:top w:val="none" w:sz="0" w:space="0" w:color="auto"/>
                        <w:left w:val="none" w:sz="0" w:space="0" w:color="auto"/>
                        <w:bottom w:val="none" w:sz="0" w:space="0" w:color="auto"/>
                        <w:right w:val="none" w:sz="0" w:space="0" w:color="auto"/>
                      </w:divBdr>
                    </w:div>
                  </w:divsChild>
                </w:div>
                <w:div w:id="792595444">
                  <w:marLeft w:val="0"/>
                  <w:marRight w:val="0"/>
                  <w:marTop w:val="0"/>
                  <w:marBottom w:val="0"/>
                  <w:divBdr>
                    <w:top w:val="none" w:sz="0" w:space="0" w:color="auto"/>
                    <w:left w:val="none" w:sz="0" w:space="0" w:color="auto"/>
                    <w:bottom w:val="none" w:sz="0" w:space="0" w:color="auto"/>
                    <w:right w:val="none" w:sz="0" w:space="0" w:color="auto"/>
                  </w:divBdr>
                  <w:divsChild>
                    <w:div w:id="1514605859">
                      <w:marLeft w:val="0"/>
                      <w:marRight w:val="0"/>
                      <w:marTop w:val="0"/>
                      <w:marBottom w:val="0"/>
                      <w:divBdr>
                        <w:top w:val="none" w:sz="0" w:space="0" w:color="auto"/>
                        <w:left w:val="none" w:sz="0" w:space="0" w:color="auto"/>
                        <w:bottom w:val="none" w:sz="0" w:space="0" w:color="auto"/>
                        <w:right w:val="none" w:sz="0" w:space="0" w:color="auto"/>
                      </w:divBdr>
                    </w:div>
                    <w:div w:id="21354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5889">
          <w:marLeft w:val="0"/>
          <w:marRight w:val="0"/>
          <w:marTop w:val="0"/>
          <w:marBottom w:val="0"/>
          <w:divBdr>
            <w:top w:val="none" w:sz="0" w:space="0" w:color="auto"/>
            <w:left w:val="none" w:sz="0" w:space="0" w:color="auto"/>
            <w:bottom w:val="none" w:sz="0" w:space="0" w:color="auto"/>
            <w:right w:val="none" w:sz="0" w:space="0" w:color="auto"/>
          </w:divBdr>
        </w:div>
      </w:divsChild>
    </w:div>
    <w:div w:id="1742672188">
      <w:bodyDiv w:val="1"/>
      <w:marLeft w:val="0"/>
      <w:marRight w:val="0"/>
      <w:marTop w:val="0"/>
      <w:marBottom w:val="0"/>
      <w:divBdr>
        <w:top w:val="none" w:sz="0" w:space="0" w:color="auto"/>
        <w:left w:val="none" w:sz="0" w:space="0" w:color="auto"/>
        <w:bottom w:val="none" w:sz="0" w:space="0" w:color="auto"/>
        <w:right w:val="none" w:sz="0" w:space="0" w:color="auto"/>
      </w:divBdr>
      <w:divsChild>
        <w:div w:id="1309214167">
          <w:marLeft w:val="0"/>
          <w:marRight w:val="0"/>
          <w:marTop w:val="0"/>
          <w:marBottom w:val="0"/>
          <w:divBdr>
            <w:top w:val="none" w:sz="0" w:space="0" w:color="auto"/>
            <w:left w:val="none" w:sz="0" w:space="0" w:color="auto"/>
            <w:bottom w:val="none" w:sz="0" w:space="0" w:color="auto"/>
            <w:right w:val="none" w:sz="0" w:space="0" w:color="auto"/>
          </w:divBdr>
        </w:div>
        <w:div w:id="842278638">
          <w:marLeft w:val="0"/>
          <w:marRight w:val="0"/>
          <w:marTop w:val="0"/>
          <w:marBottom w:val="0"/>
          <w:divBdr>
            <w:top w:val="none" w:sz="0" w:space="0" w:color="auto"/>
            <w:left w:val="none" w:sz="0" w:space="0" w:color="auto"/>
            <w:bottom w:val="none" w:sz="0" w:space="0" w:color="auto"/>
            <w:right w:val="none" w:sz="0" w:space="0" w:color="auto"/>
          </w:divBdr>
          <w:divsChild>
            <w:div w:id="1388604148">
              <w:marLeft w:val="-75"/>
              <w:marRight w:val="0"/>
              <w:marTop w:val="30"/>
              <w:marBottom w:val="30"/>
              <w:divBdr>
                <w:top w:val="none" w:sz="0" w:space="0" w:color="auto"/>
                <w:left w:val="none" w:sz="0" w:space="0" w:color="auto"/>
                <w:bottom w:val="none" w:sz="0" w:space="0" w:color="auto"/>
                <w:right w:val="none" w:sz="0" w:space="0" w:color="auto"/>
              </w:divBdr>
              <w:divsChild>
                <w:div w:id="202404319">
                  <w:marLeft w:val="0"/>
                  <w:marRight w:val="0"/>
                  <w:marTop w:val="0"/>
                  <w:marBottom w:val="0"/>
                  <w:divBdr>
                    <w:top w:val="none" w:sz="0" w:space="0" w:color="auto"/>
                    <w:left w:val="none" w:sz="0" w:space="0" w:color="auto"/>
                    <w:bottom w:val="none" w:sz="0" w:space="0" w:color="auto"/>
                    <w:right w:val="none" w:sz="0" w:space="0" w:color="auto"/>
                  </w:divBdr>
                  <w:divsChild>
                    <w:div w:id="2140680469">
                      <w:marLeft w:val="0"/>
                      <w:marRight w:val="0"/>
                      <w:marTop w:val="0"/>
                      <w:marBottom w:val="0"/>
                      <w:divBdr>
                        <w:top w:val="none" w:sz="0" w:space="0" w:color="auto"/>
                        <w:left w:val="none" w:sz="0" w:space="0" w:color="auto"/>
                        <w:bottom w:val="none" w:sz="0" w:space="0" w:color="auto"/>
                        <w:right w:val="none" w:sz="0" w:space="0" w:color="auto"/>
                      </w:divBdr>
                    </w:div>
                  </w:divsChild>
                </w:div>
                <w:div w:id="105316523">
                  <w:marLeft w:val="0"/>
                  <w:marRight w:val="0"/>
                  <w:marTop w:val="0"/>
                  <w:marBottom w:val="0"/>
                  <w:divBdr>
                    <w:top w:val="none" w:sz="0" w:space="0" w:color="auto"/>
                    <w:left w:val="none" w:sz="0" w:space="0" w:color="auto"/>
                    <w:bottom w:val="none" w:sz="0" w:space="0" w:color="auto"/>
                    <w:right w:val="none" w:sz="0" w:space="0" w:color="auto"/>
                  </w:divBdr>
                  <w:divsChild>
                    <w:div w:id="789400074">
                      <w:marLeft w:val="0"/>
                      <w:marRight w:val="0"/>
                      <w:marTop w:val="0"/>
                      <w:marBottom w:val="0"/>
                      <w:divBdr>
                        <w:top w:val="none" w:sz="0" w:space="0" w:color="auto"/>
                        <w:left w:val="none" w:sz="0" w:space="0" w:color="auto"/>
                        <w:bottom w:val="none" w:sz="0" w:space="0" w:color="auto"/>
                        <w:right w:val="none" w:sz="0" w:space="0" w:color="auto"/>
                      </w:divBdr>
                    </w:div>
                  </w:divsChild>
                </w:div>
                <w:div w:id="2136556613">
                  <w:marLeft w:val="0"/>
                  <w:marRight w:val="0"/>
                  <w:marTop w:val="0"/>
                  <w:marBottom w:val="0"/>
                  <w:divBdr>
                    <w:top w:val="none" w:sz="0" w:space="0" w:color="auto"/>
                    <w:left w:val="none" w:sz="0" w:space="0" w:color="auto"/>
                    <w:bottom w:val="none" w:sz="0" w:space="0" w:color="auto"/>
                    <w:right w:val="none" w:sz="0" w:space="0" w:color="auto"/>
                  </w:divBdr>
                  <w:divsChild>
                    <w:div w:id="382364376">
                      <w:marLeft w:val="0"/>
                      <w:marRight w:val="0"/>
                      <w:marTop w:val="0"/>
                      <w:marBottom w:val="0"/>
                      <w:divBdr>
                        <w:top w:val="none" w:sz="0" w:space="0" w:color="auto"/>
                        <w:left w:val="none" w:sz="0" w:space="0" w:color="auto"/>
                        <w:bottom w:val="none" w:sz="0" w:space="0" w:color="auto"/>
                        <w:right w:val="none" w:sz="0" w:space="0" w:color="auto"/>
                      </w:divBdr>
                    </w:div>
                  </w:divsChild>
                </w:div>
                <w:div w:id="122434074">
                  <w:marLeft w:val="0"/>
                  <w:marRight w:val="0"/>
                  <w:marTop w:val="0"/>
                  <w:marBottom w:val="0"/>
                  <w:divBdr>
                    <w:top w:val="none" w:sz="0" w:space="0" w:color="auto"/>
                    <w:left w:val="none" w:sz="0" w:space="0" w:color="auto"/>
                    <w:bottom w:val="none" w:sz="0" w:space="0" w:color="auto"/>
                    <w:right w:val="none" w:sz="0" w:space="0" w:color="auto"/>
                  </w:divBdr>
                  <w:divsChild>
                    <w:div w:id="749275841">
                      <w:marLeft w:val="0"/>
                      <w:marRight w:val="0"/>
                      <w:marTop w:val="0"/>
                      <w:marBottom w:val="0"/>
                      <w:divBdr>
                        <w:top w:val="none" w:sz="0" w:space="0" w:color="auto"/>
                        <w:left w:val="none" w:sz="0" w:space="0" w:color="auto"/>
                        <w:bottom w:val="none" w:sz="0" w:space="0" w:color="auto"/>
                        <w:right w:val="none" w:sz="0" w:space="0" w:color="auto"/>
                      </w:divBdr>
                    </w:div>
                  </w:divsChild>
                </w:div>
                <w:div w:id="178356041">
                  <w:marLeft w:val="0"/>
                  <w:marRight w:val="0"/>
                  <w:marTop w:val="0"/>
                  <w:marBottom w:val="0"/>
                  <w:divBdr>
                    <w:top w:val="none" w:sz="0" w:space="0" w:color="auto"/>
                    <w:left w:val="none" w:sz="0" w:space="0" w:color="auto"/>
                    <w:bottom w:val="none" w:sz="0" w:space="0" w:color="auto"/>
                    <w:right w:val="none" w:sz="0" w:space="0" w:color="auto"/>
                  </w:divBdr>
                  <w:divsChild>
                    <w:div w:id="663243178">
                      <w:marLeft w:val="0"/>
                      <w:marRight w:val="0"/>
                      <w:marTop w:val="0"/>
                      <w:marBottom w:val="0"/>
                      <w:divBdr>
                        <w:top w:val="none" w:sz="0" w:space="0" w:color="auto"/>
                        <w:left w:val="none" w:sz="0" w:space="0" w:color="auto"/>
                        <w:bottom w:val="none" w:sz="0" w:space="0" w:color="auto"/>
                        <w:right w:val="none" w:sz="0" w:space="0" w:color="auto"/>
                      </w:divBdr>
                    </w:div>
                  </w:divsChild>
                </w:div>
                <w:div w:id="1795561053">
                  <w:marLeft w:val="0"/>
                  <w:marRight w:val="0"/>
                  <w:marTop w:val="0"/>
                  <w:marBottom w:val="0"/>
                  <w:divBdr>
                    <w:top w:val="none" w:sz="0" w:space="0" w:color="auto"/>
                    <w:left w:val="none" w:sz="0" w:space="0" w:color="auto"/>
                    <w:bottom w:val="none" w:sz="0" w:space="0" w:color="auto"/>
                    <w:right w:val="none" w:sz="0" w:space="0" w:color="auto"/>
                  </w:divBdr>
                  <w:divsChild>
                    <w:div w:id="1143229651">
                      <w:marLeft w:val="0"/>
                      <w:marRight w:val="0"/>
                      <w:marTop w:val="0"/>
                      <w:marBottom w:val="0"/>
                      <w:divBdr>
                        <w:top w:val="none" w:sz="0" w:space="0" w:color="auto"/>
                        <w:left w:val="none" w:sz="0" w:space="0" w:color="auto"/>
                        <w:bottom w:val="none" w:sz="0" w:space="0" w:color="auto"/>
                        <w:right w:val="none" w:sz="0" w:space="0" w:color="auto"/>
                      </w:divBdr>
                    </w:div>
                  </w:divsChild>
                </w:div>
                <w:div w:id="1611741937">
                  <w:marLeft w:val="0"/>
                  <w:marRight w:val="0"/>
                  <w:marTop w:val="0"/>
                  <w:marBottom w:val="0"/>
                  <w:divBdr>
                    <w:top w:val="none" w:sz="0" w:space="0" w:color="auto"/>
                    <w:left w:val="none" w:sz="0" w:space="0" w:color="auto"/>
                    <w:bottom w:val="none" w:sz="0" w:space="0" w:color="auto"/>
                    <w:right w:val="none" w:sz="0" w:space="0" w:color="auto"/>
                  </w:divBdr>
                  <w:divsChild>
                    <w:div w:id="32386867">
                      <w:marLeft w:val="0"/>
                      <w:marRight w:val="0"/>
                      <w:marTop w:val="0"/>
                      <w:marBottom w:val="0"/>
                      <w:divBdr>
                        <w:top w:val="none" w:sz="0" w:space="0" w:color="auto"/>
                        <w:left w:val="none" w:sz="0" w:space="0" w:color="auto"/>
                        <w:bottom w:val="none" w:sz="0" w:space="0" w:color="auto"/>
                        <w:right w:val="none" w:sz="0" w:space="0" w:color="auto"/>
                      </w:divBdr>
                    </w:div>
                  </w:divsChild>
                </w:div>
                <w:div w:id="481821813">
                  <w:marLeft w:val="0"/>
                  <w:marRight w:val="0"/>
                  <w:marTop w:val="0"/>
                  <w:marBottom w:val="0"/>
                  <w:divBdr>
                    <w:top w:val="none" w:sz="0" w:space="0" w:color="auto"/>
                    <w:left w:val="none" w:sz="0" w:space="0" w:color="auto"/>
                    <w:bottom w:val="none" w:sz="0" w:space="0" w:color="auto"/>
                    <w:right w:val="none" w:sz="0" w:space="0" w:color="auto"/>
                  </w:divBdr>
                  <w:divsChild>
                    <w:div w:id="1260717951">
                      <w:marLeft w:val="0"/>
                      <w:marRight w:val="0"/>
                      <w:marTop w:val="0"/>
                      <w:marBottom w:val="0"/>
                      <w:divBdr>
                        <w:top w:val="none" w:sz="0" w:space="0" w:color="auto"/>
                        <w:left w:val="none" w:sz="0" w:space="0" w:color="auto"/>
                        <w:bottom w:val="none" w:sz="0" w:space="0" w:color="auto"/>
                        <w:right w:val="none" w:sz="0" w:space="0" w:color="auto"/>
                      </w:divBdr>
                    </w:div>
                  </w:divsChild>
                </w:div>
                <w:div w:id="1390423192">
                  <w:marLeft w:val="0"/>
                  <w:marRight w:val="0"/>
                  <w:marTop w:val="0"/>
                  <w:marBottom w:val="0"/>
                  <w:divBdr>
                    <w:top w:val="none" w:sz="0" w:space="0" w:color="auto"/>
                    <w:left w:val="none" w:sz="0" w:space="0" w:color="auto"/>
                    <w:bottom w:val="none" w:sz="0" w:space="0" w:color="auto"/>
                    <w:right w:val="none" w:sz="0" w:space="0" w:color="auto"/>
                  </w:divBdr>
                  <w:divsChild>
                    <w:div w:id="56707016">
                      <w:marLeft w:val="0"/>
                      <w:marRight w:val="0"/>
                      <w:marTop w:val="0"/>
                      <w:marBottom w:val="0"/>
                      <w:divBdr>
                        <w:top w:val="none" w:sz="0" w:space="0" w:color="auto"/>
                        <w:left w:val="none" w:sz="0" w:space="0" w:color="auto"/>
                        <w:bottom w:val="none" w:sz="0" w:space="0" w:color="auto"/>
                        <w:right w:val="none" w:sz="0" w:space="0" w:color="auto"/>
                      </w:divBdr>
                    </w:div>
                  </w:divsChild>
                </w:div>
                <w:div w:id="2977855">
                  <w:marLeft w:val="0"/>
                  <w:marRight w:val="0"/>
                  <w:marTop w:val="0"/>
                  <w:marBottom w:val="0"/>
                  <w:divBdr>
                    <w:top w:val="none" w:sz="0" w:space="0" w:color="auto"/>
                    <w:left w:val="none" w:sz="0" w:space="0" w:color="auto"/>
                    <w:bottom w:val="none" w:sz="0" w:space="0" w:color="auto"/>
                    <w:right w:val="none" w:sz="0" w:space="0" w:color="auto"/>
                  </w:divBdr>
                  <w:divsChild>
                    <w:div w:id="1478957975">
                      <w:marLeft w:val="0"/>
                      <w:marRight w:val="0"/>
                      <w:marTop w:val="0"/>
                      <w:marBottom w:val="0"/>
                      <w:divBdr>
                        <w:top w:val="none" w:sz="0" w:space="0" w:color="auto"/>
                        <w:left w:val="none" w:sz="0" w:space="0" w:color="auto"/>
                        <w:bottom w:val="none" w:sz="0" w:space="0" w:color="auto"/>
                        <w:right w:val="none" w:sz="0" w:space="0" w:color="auto"/>
                      </w:divBdr>
                    </w:div>
                  </w:divsChild>
                </w:div>
                <w:div w:id="445657286">
                  <w:marLeft w:val="0"/>
                  <w:marRight w:val="0"/>
                  <w:marTop w:val="0"/>
                  <w:marBottom w:val="0"/>
                  <w:divBdr>
                    <w:top w:val="none" w:sz="0" w:space="0" w:color="auto"/>
                    <w:left w:val="none" w:sz="0" w:space="0" w:color="auto"/>
                    <w:bottom w:val="none" w:sz="0" w:space="0" w:color="auto"/>
                    <w:right w:val="none" w:sz="0" w:space="0" w:color="auto"/>
                  </w:divBdr>
                  <w:divsChild>
                    <w:div w:id="1017846199">
                      <w:marLeft w:val="0"/>
                      <w:marRight w:val="0"/>
                      <w:marTop w:val="0"/>
                      <w:marBottom w:val="0"/>
                      <w:divBdr>
                        <w:top w:val="none" w:sz="0" w:space="0" w:color="auto"/>
                        <w:left w:val="none" w:sz="0" w:space="0" w:color="auto"/>
                        <w:bottom w:val="none" w:sz="0" w:space="0" w:color="auto"/>
                        <w:right w:val="none" w:sz="0" w:space="0" w:color="auto"/>
                      </w:divBdr>
                    </w:div>
                  </w:divsChild>
                </w:div>
                <w:div w:id="1651985361">
                  <w:marLeft w:val="0"/>
                  <w:marRight w:val="0"/>
                  <w:marTop w:val="0"/>
                  <w:marBottom w:val="0"/>
                  <w:divBdr>
                    <w:top w:val="none" w:sz="0" w:space="0" w:color="auto"/>
                    <w:left w:val="none" w:sz="0" w:space="0" w:color="auto"/>
                    <w:bottom w:val="none" w:sz="0" w:space="0" w:color="auto"/>
                    <w:right w:val="none" w:sz="0" w:space="0" w:color="auto"/>
                  </w:divBdr>
                  <w:divsChild>
                    <w:div w:id="566064372">
                      <w:marLeft w:val="0"/>
                      <w:marRight w:val="0"/>
                      <w:marTop w:val="0"/>
                      <w:marBottom w:val="0"/>
                      <w:divBdr>
                        <w:top w:val="none" w:sz="0" w:space="0" w:color="auto"/>
                        <w:left w:val="none" w:sz="0" w:space="0" w:color="auto"/>
                        <w:bottom w:val="none" w:sz="0" w:space="0" w:color="auto"/>
                        <w:right w:val="none" w:sz="0" w:space="0" w:color="auto"/>
                      </w:divBdr>
                    </w:div>
                  </w:divsChild>
                </w:div>
                <w:div w:id="397746900">
                  <w:marLeft w:val="0"/>
                  <w:marRight w:val="0"/>
                  <w:marTop w:val="0"/>
                  <w:marBottom w:val="0"/>
                  <w:divBdr>
                    <w:top w:val="none" w:sz="0" w:space="0" w:color="auto"/>
                    <w:left w:val="none" w:sz="0" w:space="0" w:color="auto"/>
                    <w:bottom w:val="none" w:sz="0" w:space="0" w:color="auto"/>
                    <w:right w:val="none" w:sz="0" w:space="0" w:color="auto"/>
                  </w:divBdr>
                  <w:divsChild>
                    <w:div w:id="516702340">
                      <w:marLeft w:val="0"/>
                      <w:marRight w:val="0"/>
                      <w:marTop w:val="0"/>
                      <w:marBottom w:val="0"/>
                      <w:divBdr>
                        <w:top w:val="none" w:sz="0" w:space="0" w:color="auto"/>
                        <w:left w:val="none" w:sz="0" w:space="0" w:color="auto"/>
                        <w:bottom w:val="none" w:sz="0" w:space="0" w:color="auto"/>
                        <w:right w:val="none" w:sz="0" w:space="0" w:color="auto"/>
                      </w:divBdr>
                    </w:div>
                  </w:divsChild>
                </w:div>
                <w:div w:id="950432534">
                  <w:marLeft w:val="0"/>
                  <w:marRight w:val="0"/>
                  <w:marTop w:val="0"/>
                  <w:marBottom w:val="0"/>
                  <w:divBdr>
                    <w:top w:val="none" w:sz="0" w:space="0" w:color="auto"/>
                    <w:left w:val="none" w:sz="0" w:space="0" w:color="auto"/>
                    <w:bottom w:val="none" w:sz="0" w:space="0" w:color="auto"/>
                    <w:right w:val="none" w:sz="0" w:space="0" w:color="auto"/>
                  </w:divBdr>
                  <w:divsChild>
                    <w:div w:id="961570594">
                      <w:marLeft w:val="0"/>
                      <w:marRight w:val="0"/>
                      <w:marTop w:val="0"/>
                      <w:marBottom w:val="0"/>
                      <w:divBdr>
                        <w:top w:val="none" w:sz="0" w:space="0" w:color="auto"/>
                        <w:left w:val="none" w:sz="0" w:space="0" w:color="auto"/>
                        <w:bottom w:val="none" w:sz="0" w:space="0" w:color="auto"/>
                        <w:right w:val="none" w:sz="0" w:space="0" w:color="auto"/>
                      </w:divBdr>
                    </w:div>
                  </w:divsChild>
                </w:div>
                <w:div w:id="1778282712">
                  <w:marLeft w:val="0"/>
                  <w:marRight w:val="0"/>
                  <w:marTop w:val="0"/>
                  <w:marBottom w:val="0"/>
                  <w:divBdr>
                    <w:top w:val="none" w:sz="0" w:space="0" w:color="auto"/>
                    <w:left w:val="none" w:sz="0" w:space="0" w:color="auto"/>
                    <w:bottom w:val="none" w:sz="0" w:space="0" w:color="auto"/>
                    <w:right w:val="none" w:sz="0" w:space="0" w:color="auto"/>
                  </w:divBdr>
                  <w:divsChild>
                    <w:div w:id="835345117">
                      <w:marLeft w:val="0"/>
                      <w:marRight w:val="0"/>
                      <w:marTop w:val="0"/>
                      <w:marBottom w:val="0"/>
                      <w:divBdr>
                        <w:top w:val="none" w:sz="0" w:space="0" w:color="auto"/>
                        <w:left w:val="none" w:sz="0" w:space="0" w:color="auto"/>
                        <w:bottom w:val="none" w:sz="0" w:space="0" w:color="auto"/>
                        <w:right w:val="none" w:sz="0" w:space="0" w:color="auto"/>
                      </w:divBdr>
                    </w:div>
                  </w:divsChild>
                </w:div>
                <w:div w:id="1889339300">
                  <w:marLeft w:val="0"/>
                  <w:marRight w:val="0"/>
                  <w:marTop w:val="0"/>
                  <w:marBottom w:val="0"/>
                  <w:divBdr>
                    <w:top w:val="none" w:sz="0" w:space="0" w:color="auto"/>
                    <w:left w:val="none" w:sz="0" w:space="0" w:color="auto"/>
                    <w:bottom w:val="none" w:sz="0" w:space="0" w:color="auto"/>
                    <w:right w:val="none" w:sz="0" w:space="0" w:color="auto"/>
                  </w:divBdr>
                  <w:divsChild>
                    <w:div w:id="707608263">
                      <w:marLeft w:val="0"/>
                      <w:marRight w:val="0"/>
                      <w:marTop w:val="0"/>
                      <w:marBottom w:val="0"/>
                      <w:divBdr>
                        <w:top w:val="none" w:sz="0" w:space="0" w:color="auto"/>
                        <w:left w:val="none" w:sz="0" w:space="0" w:color="auto"/>
                        <w:bottom w:val="none" w:sz="0" w:space="0" w:color="auto"/>
                        <w:right w:val="none" w:sz="0" w:space="0" w:color="auto"/>
                      </w:divBdr>
                    </w:div>
                  </w:divsChild>
                </w:div>
                <w:div w:id="1263101097">
                  <w:marLeft w:val="0"/>
                  <w:marRight w:val="0"/>
                  <w:marTop w:val="0"/>
                  <w:marBottom w:val="0"/>
                  <w:divBdr>
                    <w:top w:val="none" w:sz="0" w:space="0" w:color="auto"/>
                    <w:left w:val="none" w:sz="0" w:space="0" w:color="auto"/>
                    <w:bottom w:val="none" w:sz="0" w:space="0" w:color="auto"/>
                    <w:right w:val="none" w:sz="0" w:space="0" w:color="auto"/>
                  </w:divBdr>
                  <w:divsChild>
                    <w:div w:id="515778361">
                      <w:marLeft w:val="0"/>
                      <w:marRight w:val="0"/>
                      <w:marTop w:val="0"/>
                      <w:marBottom w:val="0"/>
                      <w:divBdr>
                        <w:top w:val="none" w:sz="0" w:space="0" w:color="auto"/>
                        <w:left w:val="none" w:sz="0" w:space="0" w:color="auto"/>
                        <w:bottom w:val="none" w:sz="0" w:space="0" w:color="auto"/>
                        <w:right w:val="none" w:sz="0" w:space="0" w:color="auto"/>
                      </w:divBdr>
                    </w:div>
                  </w:divsChild>
                </w:div>
                <w:div w:id="1353386291">
                  <w:marLeft w:val="0"/>
                  <w:marRight w:val="0"/>
                  <w:marTop w:val="0"/>
                  <w:marBottom w:val="0"/>
                  <w:divBdr>
                    <w:top w:val="none" w:sz="0" w:space="0" w:color="auto"/>
                    <w:left w:val="none" w:sz="0" w:space="0" w:color="auto"/>
                    <w:bottom w:val="none" w:sz="0" w:space="0" w:color="auto"/>
                    <w:right w:val="none" w:sz="0" w:space="0" w:color="auto"/>
                  </w:divBdr>
                  <w:divsChild>
                    <w:div w:id="1474103342">
                      <w:marLeft w:val="0"/>
                      <w:marRight w:val="0"/>
                      <w:marTop w:val="0"/>
                      <w:marBottom w:val="0"/>
                      <w:divBdr>
                        <w:top w:val="none" w:sz="0" w:space="0" w:color="auto"/>
                        <w:left w:val="none" w:sz="0" w:space="0" w:color="auto"/>
                        <w:bottom w:val="none" w:sz="0" w:space="0" w:color="auto"/>
                        <w:right w:val="none" w:sz="0" w:space="0" w:color="auto"/>
                      </w:divBdr>
                    </w:div>
                  </w:divsChild>
                </w:div>
                <w:div w:id="1939020009">
                  <w:marLeft w:val="0"/>
                  <w:marRight w:val="0"/>
                  <w:marTop w:val="0"/>
                  <w:marBottom w:val="0"/>
                  <w:divBdr>
                    <w:top w:val="none" w:sz="0" w:space="0" w:color="auto"/>
                    <w:left w:val="none" w:sz="0" w:space="0" w:color="auto"/>
                    <w:bottom w:val="none" w:sz="0" w:space="0" w:color="auto"/>
                    <w:right w:val="none" w:sz="0" w:space="0" w:color="auto"/>
                  </w:divBdr>
                  <w:divsChild>
                    <w:div w:id="1842313674">
                      <w:marLeft w:val="0"/>
                      <w:marRight w:val="0"/>
                      <w:marTop w:val="0"/>
                      <w:marBottom w:val="0"/>
                      <w:divBdr>
                        <w:top w:val="none" w:sz="0" w:space="0" w:color="auto"/>
                        <w:left w:val="none" w:sz="0" w:space="0" w:color="auto"/>
                        <w:bottom w:val="none" w:sz="0" w:space="0" w:color="auto"/>
                        <w:right w:val="none" w:sz="0" w:space="0" w:color="auto"/>
                      </w:divBdr>
                    </w:div>
                  </w:divsChild>
                </w:div>
                <w:div w:id="765269568">
                  <w:marLeft w:val="0"/>
                  <w:marRight w:val="0"/>
                  <w:marTop w:val="0"/>
                  <w:marBottom w:val="0"/>
                  <w:divBdr>
                    <w:top w:val="none" w:sz="0" w:space="0" w:color="auto"/>
                    <w:left w:val="none" w:sz="0" w:space="0" w:color="auto"/>
                    <w:bottom w:val="none" w:sz="0" w:space="0" w:color="auto"/>
                    <w:right w:val="none" w:sz="0" w:space="0" w:color="auto"/>
                  </w:divBdr>
                  <w:divsChild>
                    <w:div w:id="840849351">
                      <w:marLeft w:val="0"/>
                      <w:marRight w:val="0"/>
                      <w:marTop w:val="0"/>
                      <w:marBottom w:val="0"/>
                      <w:divBdr>
                        <w:top w:val="none" w:sz="0" w:space="0" w:color="auto"/>
                        <w:left w:val="none" w:sz="0" w:space="0" w:color="auto"/>
                        <w:bottom w:val="none" w:sz="0" w:space="0" w:color="auto"/>
                        <w:right w:val="none" w:sz="0" w:space="0" w:color="auto"/>
                      </w:divBdr>
                    </w:div>
                    <w:div w:id="5073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671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ort@funakoshi.co.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unakoshi.co.jp/exports/privacy_policy" TargetMode="Externa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957</Words>
  <Characters>5455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鈴木 篤史 Atsushi Suzuki</cp:lastModifiedBy>
  <cp:revision>2</cp:revision>
  <dcterms:created xsi:type="dcterms:W3CDTF">2026-07-28T04:29:00Z</dcterms:created>
  <dcterms:modified xsi:type="dcterms:W3CDTF">2026-07-28T04:29:00Z</dcterms:modified>
  <cp:category/>
</cp:coreProperties>
</file>